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5B07" w:rsidRDefault="00000000">
      <w:pPr>
        <w:jc w:val="center"/>
      </w:pPr>
      <w:r>
        <w:rPr>
          <w:b/>
          <w:color w:val="1F4E78"/>
          <w:sz w:val="32"/>
        </w:rPr>
        <w:t>FURNITURE DPI / PSI INSPECTION REPORT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7143"/>
      </w:tblGrid>
      <w:tr w:rsidR="00A95B07">
        <w:trPr>
          <w:cantSplit/>
          <w:jc w:val="center"/>
        </w:trPr>
        <w:tc>
          <w:tcPr>
            <w:tcW w:w="340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r>
              <w:rPr>
                <w:b/>
                <w:sz w:val="14"/>
              </w:rPr>
              <w:t>Factory / Supplier</w:t>
            </w:r>
          </w:p>
        </w:tc>
        <w:tc>
          <w:tcPr>
            <w:tcW w:w="714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/>
        </w:tc>
      </w:tr>
      <w:tr w:rsidR="00A95B07">
        <w:trPr>
          <w:cantSplit/>
          <w:jc w:val="center"/>
        </w:trPr>
        <w:tc>
          <w:tcPr>
            <w:tcW w:w="340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r>
              <w:rPr>
                <w:b/>
                <w:sz w:val="14"/>
              </w:rPr>
              <w:t>Agent</w:t>
            </w:r>
          </w:p>
        </w:tc>
        <w:tc>
          <w:tcPr>
            <w:tcW w:w="714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/>
        </w:tc>
      </w:tr>
      <w:tr w:rsidR="00A95B07">
        <w:trPr>
          <w:cantSplit/>
          <w:jc w:val="center"/>
        </w:trPr>
        <w:tc>
          <w:tcPr>
            <w:tcW w:w="340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r>
              <w:rPr>
                <w:b/>
                <w:sz w:val="14"/>
              </w:rPr>
              <w:t>Customer</w:t>
            </w:r>
          </w:p>
        </w:tc>
        <w:tc>
          <w:tcPr>
            <w:tcW w:w="714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/>
        </w:tc>
      </w:tr>
      <w:tr w:rsidR="00A95B07">
        <w:trPr>
          <w:cantSplit/>
          <w:jc w:val="center"/>
        </w:trPr>
        <w:tc>
          <w:tcPr>
            <w:tcW w:w="340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r>
              <w:rPr>
                <w:b/>
                <w:sz w:val="14"/>
              </w:rPr>
              <w:t>Product Description</w:t>
            </w:r>
          </w:p>
        </w:tc>
        <w:tc>
          <w:tcPr>
            <w:tcW w:w="714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/>
        </w:tc>
      </w:tr>
      <w:tr w:rsidR="00A95B07">
        <w:trPr>
          <w:cantSplit/>
          <w:jc w:val="center"/>
        </w:trPr>
        <w:tc>
          <w:tcPr>
            <w:tcW w:w="340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r>
              <w:rPr>
                <w:b/>
                <w:sz w:val="14"/>
              </w:rPr>
              <w:t>Item Number / SKU</w:t>
            </w:r>
          </w:p>
        </w:tc>
        <w:tc>
          <w:tcPr>
            <w:tcW w:w="714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/>
        </w:tc>
      </w:tr>
      <w:tr w:rsidR="00A95B07">
        <w:trPr>
          <w:cantSplit/>
          <w:jc w:val="center"/>
        </w:trPr>
        <w:tc>
          <w:tcPr>
            <w:tcW w:w="340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r>
              <w:rPr>
                <w:b/>
                <w:sz w:val="14"/>
              </w:rPr>
              <w:t>Inspection Date</w:t>
            </w:r>
          </w:p>
        </w:tc>
        <w:tc>
          <w:tcPr>
            <w:tcW w:w="714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/>
        </w:tc>
      </w:tr>
      <w:tr w:rsidR="00A95B07">
        <w:trPr>
          <w:cantSplit/>
          <w:jc w:val="center"/>
        </w:trPr>
        <w:tc>
          <w:tcPr>
            <w:tcW w:w="340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r>
              <w:rPr>
                <w:b/>
                <w:sz w:val="14"/>
              </w:rPr>
              <w:t>Shipment Date</w:t>
            </w:r>
          </w:p>
        </w:tc>
        <w:tc>
          <w:tcPr>
            <w:tcW w:w="714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/>
        </w:tc>
      </w:tr>
    </w:tbl>
    <w:p w:rsidR="00A95B07" w:rsidRDefault="00000000">
      <w:pPr>
        <w:spacing w:before="100" w:after="40"/>
        <w:rPr>
          <w:b/>
        </w:rPr>
      </w:pPr>
      <w:r>
        <w:rPr>
          <w:b/>
        </w:rPr>
        <w:t>INSPECTION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1022"/>
        <w:gridCol w:w="1444"/>
        <w:gridCol w:w="1612"/>
        <w:gridCol w:w="4609"/>
      </w:tblGrid>
      <w:tr w:rsidR="0007144F" w:rsidRPr="000337F0" w:rsidTr="00BB19A9">
        <w:tc>
          <w:tcPr>
            <w:tcW w:w="2065" w:type="dxa"/>
            <w:tcBorders>
              <w:right w:val="single" w:sz="6" w:space="0" w:color="auto"/>
            </w:tcBorders>
          </w:tcPr>
          <w:p w:rsidR="0007144F" w:rsidRPr="0024647D" w:rsidRDefault="0007144F" w:rsidP="00BB19A9">
            <w:pPr>
              <w:rPr>
                <w:rFonts w:eastAsia="SimSun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  <w:r w:rsidRPr="000337F0">
              <w:rPr>
                <w:rFonts w:cs="Arial"/>
                <w:sz w:val="18"/>
                <w:szCs w:val="18"/>
              </w:rPr>
              <w:t>Defects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  <w:r w:rsidRPr="000337F0">
              <w:rPr>
                <w:rFonts w:cs="Arial"/>
                <w:sz w:val="18"/>
                <w:szCs w:val="18"/>
              </w:rPr>
              <w:t>Critical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07144F" w:rsidRPr="001C5986" w:rsidRDefault="0007144F" w:rsidP="00BB19A9">
            <w:pPr>
              <w:jc w:val="center"/>
              <w:rPr>
                <w:rFonts w:cs="Arial"/>
                <w:sz w:val="18"/>
                <w:szCs w:val="18"/>
                <w:lang w:eastAsia="zh-CN"/>
              </w:rPr>
            </w:pPr>
            <w:r>
              <w:rPr>
                <w:rFonts w:cs="Arial" w:hint="eastAsia"/>
                <w:sz w:val="18"/>
                <w:szCs w:val="18"/>
                <w:lang w:eastAsia="zh-CN"/>
              </w:rPr>
              <w:t>Defect</w:t>
            </w:r>
          </w:p>
        </w:tc>
        <w:tc>
          <w:tcPr>
            <w:tcW w:w="46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144F" w:rsidRPr="00DE633F" w:rsidRDefault="0007144F" w:rsidP="00BB19A9">
            <w:pPr>
              <w:rPr>
                <w:rFonts w:cs="Arial"/>
                <w:b/>
                <w:sz w:val="18"/>
                <w:szCs w:val="18"/>
              </w:rPr>
            </w:pPr>
            <w:r w:rsidRPr="00DE633F">
              <w:rPr>
                <w:rFonts w:cs="Arial"/>
                <w:b/>
                <w:sz w:val="18"/>
                <w:szCs w:val="18"/>
              </w:rPr>
              <w:t xml:space="preserve">Inspection Status: </w:t>
            </w:r>
          </w:p>
          <w:p w:rsidR="0007144F" w:rsidRPr="00DE633F" w:rsidRDefault="0007144F" w:rsidP="00BB19A9">
            <w:pPr>
              <w:rPr>
                <w:rFonts w:eastAsia="SimSun" w:cs="Arial"/>
                <w:b/>
                <w:sz w:val="18"/>
                <w:szCs w:val="18"/>
                <w:lang w:eastAsia="zh-CN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 w:rsidRPr="00DE633F">
              <w:rPr>
                <w:rFonts w:eastAsia="SimSun" w:cs="Arial" w:hint="eastAsia"/>
                <w:b/>
                <w:sz w:val="18"/>
                <w:szCs w:val="18"/>
                <w:lang w:eastAsia="zh-CN"/>
              </w:rPr>
              <w:t>DPI</w:t>
            </w:r>
            <w:r w:rsidRPr="00DE633F">
              <w:rPr>
                <w:rFonts w:cs="Arial"/>
                <w:b/>
                <w:sz w:val="18"/>
                <w:szCs w:val="18"/>
              </w:rPr>
              <w:t xml:space="preserve"> / </w:t>
            </w:r>
            <w:r w:rsidRPr="0036350E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36350E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Pr="0036350E">
              <w:rPr>
                <w:rFonts w:cs="Arial"/>
                <w:bCs/>
                <w:sz w:val="18"/>
                <w:szCs w:val="18"/>
              </w:rPr>
            </w:r>
            <w:r w:rsidRPr="0036350E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36350E">
              <w:rPr>
                <w:rFonts w:cs="Arial"/>
                <w:bCs/>
                <w:sz w:val="18"/>
                <w:szCs w:val="18"/>
              </w:rPr>
              <w:fldChar w:fldCharType="end"/>
            </w:r>
            <w:bookmarkEnd w:id="0"/>
            <w:r w:rsidRPr="00DE633F">
              <w:rPr>
                <w:rFonts w:eastAsia="SimSun" w:cs="Arial" w:hint="eastAsia"/>
                <w:b/>
                <w:sz w:val="18"/>
                <w:szCs w:val="18"/>
                <w:lang w:eastAsia="zh-CN"/>
              </w:rPr>
              <w:t>PSI</w:t>
            </w:r>
            <w:r>
              <w:rPr>
                <w:rFonts w:eastAsia="SimSun" w:cs="Arial" w:hint="eastAsia"/>
                <w:b/>
                <w:sz w:val="18"/>
                <w:szCs w:val="18"/>
                <w:lang w:eastAsia="zh-CN"/>
              </w:rPr>
              <w:t xml:space="preserve"> </w:t>
            </w:r>
            <w:r w:rsidRPr="00DE633F">
              <w:rPr>
                <w:rFonts w:cs="Arial"/>
                <w:b/>
                <w:sz w:val="18"/>
                <w:szCs w:val="18"/>
              </w:rPr>
              <w:t xml:space="preserve">/ </w:t>
            </w:r>
            <w:r w:rsidRPr="00DE633F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Pr="00DE633F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DE633F">
              <w:rPr>
                <w:rFonts w:cs="Arial"/>
                <w:b/>
                <w:sz w:val="18"/>
                <w:szCs w:val="18"/>
              </w:rPr>
            </w:r>
            <w:r w:rsidRPr="00DE633F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DE633F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  <w:r w:rsidRPr="00DE633F">
              <w:rPr>
                <w:rFonts w:cs="Arial"/>
                <w:b/>
                <w:sz w:val="18"/>
                <w:szCs w:val="18"/>
              </w:rPr>
              <w:t>R</w:t>
            </w:r>
            <w:r w:rsidRPr="00DE633F">
              <w:rPr>
                <w:rFonts w:eastAsia="SimSun" w:cs="Arial" w:hint="eastAsia"/>
                <w:b/>
                <w:sz w:val="18"/>
                <w:szCs w:val="18"/>
                <w:lang w:eastAsia="zh-CN"/>
              </w:rPr>
              <w:t>e-inspection</w:t>
            </w:r>
          </w:p>
          <w:p w:rsidR="0007144F" w:rsidRPr="00DE633F" w:rsidRDefault="0007144F" w:rsidP="00BB19A9">
            <w:pPr>
              <w:spacing w:line="240" w:lineRule="exact"/>
              <w:rPr>
                <w:rFonts w:cs="Arial"/>
                <w:b/>
                <w:sz w:val="18"/>
                <w:szCs w:val="18"/>
              </w:rPr>
            </w:pPr>
            <w:r w:rsidRPr="00DE633F">
              <w:rPr>
                <w:rFonts w:cs="Arial"/>
                <w:b/>
                <w:sz w:val="18"/>
                <w:szCs w:val="18"/>
              </w:rPr>
              <w:t xml:space="preserve">Inspection Result: </w:t>
            </w:r>
          </w:p>
          <w:p w:rsidR="0007144F" w:rsidRPr="00DE633F" w:rsidRDefault="0007144F" w:rsidP="00BB19A9">
            <w:pPr>
              <w:spacing w:line="240" w:lineRule="exac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eastAsia="SimSun" w:cs="Arial" w:hint="eastAsia"/>
                <w:b/>
                <w:sz w:val="18"/>
                <w:szCs w:val="18"/>
                <w:lang w:eastAsia="zh-CN"/>
              </w:rPr>
              <w:t xml:space="preserve"> </w:t>
            </w:r>
            <w:r w:rsidRPr="00DE633F">
              <w:rPr>
                <w:rFonts w:cs="Arial"/>
                <w:b/>
                <w:sz w:val="18"/>
                <w:szCs w:val="18"/>
              </w:rPr>
              <w:t xml:space="preserve">Pass  </w:t>
            </w:r>
          </w:p>
          <w:p w:rsidR="0007144F" w:rsidRPr="00175723" w:rsidRDefault="0007144F" w:rsidP="00BB19A9">
            <w:pPr>
              <w:spacing w:line="240" w:lineRule="exact"/>
              <w:rPr>
                <w:rFonts w:eastAsia="SimSun" w:cs="Arial"/>
                <w:b/>
                <w:sz w:val="18"/>
                <w:szCs w:val="18"/>
                <w:u w:val="single"/>
                <w:lang w:eastAsia="zh-CN"/>
              </w:rPr>
            </w:pPr>
            <w:r w:rsidRPr="00DE633F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DE633F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DE633F">
              <w:rPr>
                <w:rFonts w:cs="Arial"/>
                <w:b/>
                <w:sz w:val="18"/>
                <w:szCs w:val="18"/>
              </w:rPr>
            </w:r>
            <w:r w:rsidRPr="00DE633F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DE633F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  <w:r w:rsidRPr="00DE633F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eastAsia="SimSun" w:cs="Arial" w:hint="eastAsia"/>
                <w:b/>
                <w:sz w:val="18"/>
                <w:szCs w:val="18"/>
                <w:lang w:eastAsia="zh-CN"/>
              </w:rPr>
              <w:t>Pending With Problem Remark</w:t>
            </w:r>
            <w:r>
              <w:rPr>
                <w:rFonts w:eastAsia="SimSun" w:cs="Arial"/>
                <w:b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SimSun" w:cs="Arial" w:hint="eastAsia"/>
                <w:b/>
                <w:sz w:val="18"/>
                <w:szCs w:val="18"/>
                <w:lang w:eastAsia="zh-CN"/>
              </w:rPr>
              <w:t>(Section-C)</w:t>
            </w:r>
          </w:p>
          <w:p w:rsidR="0007144F" w:rsidRPr="00DE633F" w:rsidRDefault="0007144F" w:rsidP="00BB19A9">
            <w:pPr>
              <w:spacing w:line="240" w:lineRule="exact"/>
              <w:rPr>
                <w:rFonts w:cs="Arial"/>
                <w:b/>
                <w:sz w:val="18"/>
                <w:szCs w:val="18"/>
              </w:rPr>
            </w:pPr>
            <w:r w:rsidRPr="00DE633F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 w:rsidRPr="00DE633F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DE633F">
              <w:rPr>
                <w:rFonts w:cs="Arial"/>
                <w:b/>
                <w:sz w:val="18"/>
                <w:szCs w:val="18"/>
              </w:rPr>
            </w:r>
            <w:r w:rsidRPr="00DE633F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DE633F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  <w:r w:rsidRPr="00DE633F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eastAsia="SimSun" w:cs="Arial" w:hint="eastAsia"/>
                <w:b/>
                <w:sz w:val="18"/>
                <w:szCs w:val="18"/>
                <w:lang w:eastAsia="zh-CN"/>
              </w:rPr>
              <w:t xml:space="preserve">Reject </w:t>
            </w:r>
            <w:r w:rsidRPr="00DE633F">
              <w:rPr>
                <w:rFonts w:cs="Arial"/>
                <w:b/>
                <w:sz w:val="18"/>
                <w:szCs w:val="18"/>
              </w:rPr>
              <w:t xml:space="preserve">With Problem Remark (Section-C)                                  </w:t>
            </w:r>
          </w:p>
        </w:tc>
      </w:tr>
      <w:tr w:rsidR="0007144F" w:rsidRPr="000337F0" w:rsidTr="00BB19A9">
        <w:tc>
          <w:tcPr>
            <w:tcW w:w="2065" w:type="dxa"/>
            <w:tcBorders>
              <w:right w:val="single" w:sz="6" w:space="0" w:color="auto"/>
            </w:tcBorders>
          </w:tcPr>
          <w:p w:rsidR="0007144F" w:rsidRPr="00AA450A" w:rsidRDefault="0007144F" w:rsidP="00BB19A9">
            <w:pPr>
              <w:rPr>
                <w:rFonts w:cs="Arial"/>
                <w:b/>
                <w:sz w:val="18"/>
                <w:szCs w:val="18"/>
                <w:lang w:eastAsia="zh-CN"/>
              </w:rPr>
            </w:pPr>
            <w:r>
              <w:rPr>
                <w:rFonts w:cs="Arial" w:hint="eastAsia"/>
                <w:b/>
                <w:sz w:val="18"/>
                <w:szCs w:val="18"/>
                <w:lang w:eastAsia="zh-CN"/>
              </w:rPr>
              <w:t>P/O</w:t>
            </w:r>
            <w:r w:rsidRPr="0024647D">
              <w:rPr>
                <w:rFonts w:cs="Arial"/>
                <w:b/>
                <w:sz w:val="18"/>
                <w:szCs w:val="18"/>
              </w:rPr>
              <w:t xml:space="preserve"> Qty: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2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144F" w:rsidRPr="000337F0" w:rsidRDefault="0007144F" w:rsidP="00BB19A9">
            <w:pPr>
              <w:rPr>
                <w:rFonts w:cs="Arial"/>
                <w:sz w:val="18"/>
                <w:szCs w:val="18"/>
              </w:rPr>
            </w:pPr>
            <w:r w:rsidRPr="000337F0">
              <w:rPr>
                <w:rFonts w:cs="Arial"/>
                <w:sz w:val="18"/>
                <w:szCs w:val="18"/>
              </w:rPr>
              <w:t>AQL</w:t>
            </w:r>
          </w:p>
        </w:tc>
        <w:tc>
          <w:tcPr>
            <w:tcW w:w="144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  <w:r w:rsidRPr="000337F0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612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  <w:r w:rsidRPr="000337F0">
              <w:rPr>
                <w:rFonts w:cs="Arial"/>
                <w:sz w:val="18"/>
                <w:szCs w:val="18"/>
              </w:rPr>
              <w:t>2.5</w:t>
            </w:r>
          </w:p>
        </w:tc>
        <w:tc>
          <w:tcPr>
            <w:tcW w:w="460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7144F" w:rsidRPr="000337F0" w:rsidTr="00BB19A9">
        <w:tc>
          <w:tcPr>
            <w:tcW w:w="2065" w:type="dxa"/>
            <w:tcBorders>
              <w:right w:val="single" w:sz="12" w:space="0" w:color="auto"/>
            </w:tcBorders>
          </w:tcPr>
          <w:p w:rsidR="0007144F" w:rsidRPr="00A34BC0" w:rsidRDefault="0007144F" w:rsidP="0007144F">
            <w:pPr>
              <w:ind w:left="-142"/>
              <w:rPr>
                <w:rFonts w:cs="Arial"/>
                <w:b/>
                <w:sz w:val="18"/>
                <w:szCs w:val="18"/>
                <w:lang w:eastAsia="zh-CN"/>
              </w:rPr>
            </w:pPr>
            <w:r w:rsidRPr="0024647D">
              <w:rPr>
                <w:rFonts w:cs="Arial"/>
                <w:b/>
                <w:sz w:val="18"/>
                <w:szCs w:val="18"/>
              </w:rPr>
              <w:t>AQL/ Level</w:t>
            </w:r>
            <w:r>
              <w:rPr>
                <w:rFonts w:cs="Arial" w:hint="eastAsia"/>
                <w:b/>
                <w:sz w:val="18"/>
                <w:szCs w:val="18"/>
                <w:lang w:eastAsia="zh-CN"/>
              </w:rPr>
              <w:t>:</w:t>
            </w:r>
            <w:r>
              <w:rPr>
                <w:rFonts w:cs="Arial"/>
                <w:b/>
                <w:sz w:val="18"/>
                <w:szCs w:val="18"/>
                <w:lang w:eastAsia="zh-CN"/>
              </w:rPr>
              <w:t xml:space="preserve"> I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07144F" w:rsidRPr="000337F0" w:rsidRDefault="0007144F" w:rsidP="00BB19A9">
            <w:pPr>
              <w:rPr>
                <w:rFonts w:cs="Arial"/>
                <w:sz w:val="18"/>
                <w:szCs w:val="18"/>
              </w:rPr>
            </w:pPr>
            <w:r w:rsidRPr="000337F0">
              <w:rPr>
                <w:rFonts w:cs="Arial"/>
                <w:sz w:val="18"/>
                <w:szCs w:val="18"/>
              </w:rPr>
              <w:t>Allowed: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0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07144F" w:rsidRPr="0072230A" w:rsidRDefault="0007144F" w:rsidP="00BB19A9">
            <w:pPr>
              <w:jc w:val="center"/>
              <w:rPr>
                <w:rFonts w:eastAsia="SimSun" w:cs="Arial"/>
                <w:sz w:val="18"/>
                <w:szCs w:val="18"/>
                <w:lang w:eastAsia="zh-CN"/>
              </w:rPr>
            </w:pPr>
            <w:r>
              <w:rPr>
                <w:rFonts w:eastAsia="SimSun" w:cs="Arial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609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7144F" w:rsidRPr="000337F0" w:rsidTr="00BB19A9">
        <w:tc>
          <w:tcPr>
            <w:tcW w:w="2065" w:type="dxa"/>
            <w:tcBorders>
              <w:right w:val="single" w:sz="12" w:space="0" w:color="auto"/>
            </w:tcBorders>
          </w:tcPr>
          <w:p w:rsidR="0007144F" w:rsidRPr="0024647D" w:rsidRDefault="0007144F" w:rsidP="00BB19A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 w:hint="eastAsia"/>
                <w:b/>
                <w:sz w:val="18"/>
                <w:szCs w:val="18"/>
                <w:lang w:eastAsia="zh-CN"/>
              </w:rPr>
              <w:t>Sample Size</w:t>
            </w:r>
            <w:r w:rsidRPr="0024647D">
              <w:rPr>
                <w:rFonts w:cs="Arial"/>
                <w:b/>
                <w:sz w:val="18"/>
                <w:szCs w:val="18"/>
              </w:rPr>
              <w:t>:</w:t>
            </w:r>
            <w:r>
              <w:rPr>
                <w:rFonts w:cs="Arial"/>
                <w:b/>
                <w:sz w:val="18"/>
                <w:szCs w:val="18"/>
              </w:rPr>
              <w:t xml:space="preserve"> 32</w:t>
            </w:r>
          </w:p>
        </w:tc>
        <w:tc>
          <w:tcPr>
            <w:tcW w:w="1022" w:type="dxa"/>
            <w:tcBorders>
              <w:left w:val="single" w:sz="12" w:space="0" w:color="auto"/>
              <w:right w:val="single" w:sz="6" w:space="0" w:color="auto"/>
            </w:tcBorders>
          </w:tcPr>
          <w:p w:rsidR="0007144F" w:rsidRPr="000337F0" w:rsidRDefault="0007144F" w:rsidP="00BB19A9">
            <w:pPr>
              <w:rPr>
                <w:rFonts w:cs="Arial"/>
                <w:sz w:val="18"/>
                <w:szCs w:val="18"/>
              </w:rPr>
            </w:pPr>
            <w:r w:rsidRPr="000337F0">
              <w:rPr>
                <w:rFonts w:cs="Arial"/>
                <w:sz w:val="18"/>
                <w:szCs w:val="18"/>
              </w:rPr>
              <w:t>Reject:</w:t>
            </w:r>
          </w:p>
        </w:tc>
        <w:tc>
          <w:tcPr>
            <w:tcW w:w="1444" w:type="dxa"/>
            <w:tcBorders>
              <w:left w:val="single" w:sz="6" w:space="0" w:color="auto"/>
              <w:right w:val="single" w:sz="6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0</w:t>
            </w:r>
          </w:p>
        </w:tc>
        <w:tc>
          <w:tcPr>
            <w:tcW w:w="1612" w:type="dxa"/>
            <w:tcBorders>
              <w:left w:val="single" w:sz="6" w:space="0" w:color="auto"/>
              <w:right w:val="single" w:sz="6" w:space="0" w:color="auto"/>
            </w:tcBorders>
          </w:tcPr>
          <w:p w:rsidR="0007144F" w:rsidRPr="0072230A" w:rsidRDefault="0007144F" w:rsidP="00BB19A9">
            <w:pPr>
              <w:jc w:val="center"/>
              <w:rPr>
                <w:rFonts w:eastAsia="SimSun" w:cs="Arial"/>
                <w:sz w:val="18"/>
                <w:szCs w:val="18"/>
                <w:lang w:eastAsia="zh-CN"/>
              </w:rPr>
            </w:pPr>
            <w:r>
              <w:rPr>
                <w:rFonts w:eastAsia="SimSun" w:cs="Arial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609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7144F" w:rsidRPr="000337F0" w:rsidTr="00BB19A9">
        <w:tc>
          <w:tcPr>
            <w:tcW w:w="2065" w:type="dxa"/>
            <w:tcBorders>
              <w:right w:val="single" w:sz="12" w:space="0" w:color="auto"/>
            </w:tcBorders>
          </w:tcPr>
          <w:p w:rsidR="0007144F" w:rsidRPr="0024647D" w:rsidRDefault="0007144F" w:rsidP="00BB19A9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144F" w:rsidRPr="000337F0" w:rsidRDefault="0007144F" w:rsidP="00BB19A9">
            <w:pPr>
              <w:rPr>
                <w:rFonts w:cs="Arial"/>
                <w:sz w:val="18"/>
                <w:szCs w:val="18"/>
              </w:rPr>
            </w:pPr>
            <w:r w:rsidRPr="000337F0">
              <w:rPr>
                <w:rFonts w:cs="Arial"/>
                <w:sz w:val="18"/>
                <w:szCs w:val="18"/>
              </w:rPr>
              <w:t>Finding:</w:t>
            </w:r>
          </w:p>
        </w:tc>
        <w:tc>
          <w:tcPr>
            <w:tcW w:w="144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 w:hint="eastAsia"/>
                <w:sz w:val="18"/>
                <w:szCs w:val="18"/>
              </w:rPr>
              <w:t>0</w:t>
            </w:r>
          </w:p>
        </w:tc>
        <w:tc>
          <w:tcPr>
            <w:tcW w:w="1612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144F" w:rsidRPr="0072230A" w:rsidRDefault="0007144F" w:rsidP="00BB19A9">
            <w:pPr>
              <w:jc w:val="center"/>
              <w:rPr>
                <w:rFonts w:eastAsia="SimSun" w:cs="Arial"/>
                <w:sz w:val="18"/>
                <w:szCs w:val="18"/>
                <w:lang w:eastAsia="zh-CN"/>
              </w:rPr>
            </w:pPr>
            <w:r>
              <w:rPr>
                <w:rFonts w:eastAsia="SimSun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609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144F" w:rsidRPr="000337F0" w:rsidRDefault="0007144F" w:rsidP="00BB19A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07144F" w:rsidRDefault="0007144F">
      <w:pPr>
        <w:spacing w:before="100" w:after="40"/>
      </w:pPr>
    </w:p>
    <w:p w:rsidR="00A95B07" w:rsidRDefault="00000000">
      <w:pPr>
        <w:spacing w:before="100" w:after="40"/>
      </w:pPr>
      <w:r>
        <w:rPr>
          <w:b/>
        </w:rPr>
        <w:t>SECTION A - P/O BREAKDOWN</w:t>
      </w:r>
    </w:p>
    <w:tbl>
      <w:tblPr>
        <w:tblW w:w="10970" w:type="dxa"/>
        <w:jc w:val="center"/>
        <w:tblLayout w:type="fixed"/>
        <w:tblLook w:val="04A0" w:firstRow="1" w:lastRow="0" w:firstColumn="1" w:lastColumn="0" w:noHBand="0" w:noVBand="1"/>
      </w:tblPr>
      <w:tblGrid>
        <w:gridCol w:w="1221"/>
        <w:gridCol w:w="1417"/>
        <w:gridCol w:w="1247"/>
        <w:gridCol w:w="1247"/>
        <w:gridCol w:w="2154"/>
        <w:gridCol w:w="1587"/>
        <w:gridCol w:w="850"/>
        <w:gridCol w:w="1247"/>
      </w:tblGrid>
      <w:tr w:rsidR="00A95B07" w:rsidTr="0007144F">
        <w:trPr>
          <w:cantSplit/>
          <w:jc w:val="center"/>
        </w:trPr>
        <w:tc>
          <w:tcPr>
            <w:tcW w:w="12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PO No.</w:t>
            </w:r>
          </w:p>
        </w:tc>
        <w:tc>
          <w:tcPr>
            <w:tcW w:w="14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Client PO No.</w:t>
            </w: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Item No.</w:t>
            </w: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SKU No.</w:t>
            </w: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Item Description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UPC</w:t>
            </w:r>
          </w:p>
        </w:tc>
        <w:tc>
          <w:tcPr>
            <w:tcW w:w="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Qty</w:t>
            </w: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Inspection Result</w:t>
            </w:r>
          </w:p>
        </w:tc>
      </w:tr>
      <w:tr w:rsidR="00A95B07" w:rsidTr="0007144F">
        <w:trPr>
          <w:cantSplit/>
          <w:jc w:val="center"/>
        </w:trPr>
        <w:tc>
          <w:tcPr>
            <w:tcW w:w="12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 w:rsidTr="0007144F">
        <w:trPr>
          <w:cantSplit/>
          <w:jc w:val="center"/>
        </w:trPr>
        <w:tc>
          <w:tcPr>
            <w:tcW w:w="12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 w:rsidTr="0007144F">
        <w:trPr>
          <w:cantSplit/>
          <w:jc w:val="center"/>
        </w:trPr>
        <w:tc>
          <w:tcPr>
            <w:tcW w:w="12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 w:rsidTr="0007144F">
        <w:trPr>
          <w:cantSplit/>
          <w:jc w:val="center"/>
        </w:trPr>
        <w:tc>
          <w:tcPr>
            <w:tcW w:w="12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 w:rsidTr="0007144F">
        <w:trPr>
          <w:cantSplit/>
          <w:jc w:val="center"/>
        </w:trPr>
        <w:tc>
          <w:tcPr>
            <w:tcW w:w="12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 w:rsidTr="0007144F">
        <w:trPr>
          <w:cantSplit/>
          <w:jc w:val="center"/>
        </w:trPr>
        <w:tc>
          <w:tcPr>
            <w:tcW w:w="12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 w:rsidTr="0007144F">
        <w:trPr>
          <w:cantSplit/>
          <w:jc w:val="center"/>
        </w:trPr>
        <w:tc>
          <w:tcPr>
            <w:tcW w:w="12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 w:rsidTr="0007144F">
        <w:trPr>
          <w:cantSplit/>
          <w:jc w:val="center"/>
        </w:trPr>
        <w:tc>
          <w:tcPr>
            <w:tcW w:w="12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</w:tbl>
    <w:p w:rsidR="00A95B07" w:rsidRDefault="00A95B07"/>
    <w:p w:rsidR="00A95B07" w:rsidRDefault="00000000">
      <w:r>
        <w:rPr>
          <w:b/>
        </w:rPr>
        <w:t>SECTION B - INSPECTION FINDINGS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37"/>
        <w:gridCol w:w="1107"/>
        <w:gridCol w:w="4826"/>
        <w:gridCol w:w="1134"/>
        <w:gridCol w:w="1134"/>
        <w:gridCol w:w="1548"/>
      </w:tblGrid>
      <w:tr w:rsidR="0007144F" w:rsidTr="0007144F">
        <w:trPr>
          <w:cantSplit/>
          <w:jc w:val="center"/>
        </w:trPr>
        <w:tc>
          <w:tcPr>
            <w:tcW w:w="83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 w:rsidP="0007144F">
            <w:pPr>
              <w:spacing w:after="0" w:line="240" w:lineRule="auto"/>
              <w:ind w:right="69"/>
              <w:jc w:val="center"/>
            </w:pPr>
            <w:r>
              <w:rPr>
                <w:b/>
                <w:sz w:val="14"/>
              </w:rPr>
              <w:t>#</w:t>
            </w:r>
          </w:p>
        </w:tc>
        <w:tc>
          <w:tcPr>
            <w:tcW w:w="110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Item No. / SKU</w:t>
            </w:r>
          </w:p>
        </w:tc>
        <w:tc>
          <w:tcPr>
            <w:tcW w:w="482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Defectives Findings</w:t>
            </w: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Critical</w:t>
            </w: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Major</w:t>
            </w:r>
          </w:p>
        </w:tc>
        <w:tc>
          <w:tcPr>
            <w:tcW w:w="154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Minor</w:t>
            </w:r>
          </w:p>
        </w:tc>
      </w:tr>
      <w:tr w:rsidR="0007144F" w:rsidTr="0007144F">
        <w:trPr>
          <w:cantSplit/>
          <w:jc w:val="center"/>
        </w:trPr>
        <w:tc>
          <w:tcPr>
            <w:tcW w:w="83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07144F">
            <w:pPr>
              <w:spacing w:after="0" w:line="240" w:lineRule="auto"/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10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482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07144F" w:rsidTr="0007144F">
        <w:trPr>
          <w:cantSplit/>
          <w:jc w:val="center"/>
        </w:trPr>
        <w:tc>
          <w:tcPr>
            <w:tcW w:w="83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07144F">
            <w:pPr>
              <w:spacing w:after="0" w:line="240" w:lineRule="auto"/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10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482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07144F" w:rsidTr="0007144F">
        <w:trPr>
          <w:cantSplit/>
          <w:jc w:val="center"/>
        </w:trPr>
        <w:tc>
          <w:tcPr>
            <w:tcW w:w="83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07144F">
            <w:pPr>
              <w:spacing w:after="0" w:line="240" w:lineRule="auto"/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10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482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07144F" w:rsidTr="0007144F">
        <w:trPr>
          <w:cantSplit/>
          <w:jc w:val="center"/>
        </w:trPr>
        <w:tc>
          <w:tcPr>
            <w:tcW w:w="83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07144F">
            <w:pPr>
              <w:spacing w:after="0" w:line="240" w:lineRule="auto"/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10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482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07144F" w:rsidTr="0007144F">
        <w:trPr>
          <w:cantSplit/>
          <w:jc w:val="center"/>
        </w:trPr>
        <w:tc>
          <w:tcPr>
            <w:tcW w:w="83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07144F">
            <w:pPr>
              <w:spacing w:after="0" w:line="240" w:lineRule="auto"/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110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482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07144F" w:rsidTr="0007144F">
        <w:trPr>
          <w:cantSplit/>
          <w:jc w:val="center"/>
        </w:trPr>
        <w:tc>
          <w:tcPr>
            <w:tcW w:w="83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07144F">
            <w:pPr>
              <w:spacing w:after="0" w:line="240" w:lineRule="auto"/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10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482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07144F" w:rsidTr="0007144F">
        <w:trPr>
          <w:cantSplit/>
          <w:jc w:val="center"/>
        </w:trPr>
        <w:tc>
          <w:tcPr>
            <w:tcW w:w="83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07144F">
            <w:pPr>
              <w:spacing w:after="0" w:line="240" w:lineRule="auto"/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110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482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</w:tbl>
    <w:p w:rsidR="00A95B07" w:rsidRDefault="00A95B07">
      <w:pPr>
        <w:spacing w:before="60"/>
      </w:pPr>
    </w:p>
    <w:p w:rsidR="00A95B07" w:rsidRDefault="00000000">
      <w:r>
        <w:rPr>
          <w:b/>
        </w:rPr>
        <w:t>SECTION C - REMARKS / CORRECTIVE ACTION FOLLOW-UP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7540"/>
      </w:tblGrid>
      <w:tr w:rsidR="00A95B07">
        <w:trPr>
          <w:cantSplit/>
          <w:jc w:val="center"/>
        </w:trPr>
        <w:tc>
          <w:tcPr>
            <w:tcW w:w="300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Production Test Report Date</w:t>
            </w:r>
          </w:p>
        </w:tc>
        <w:tc>
          <w:tcPr>
            <w:tcW w:w="75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300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CAPA Follow-up</w:t>
            </w:r>
          </w:p>
        </w:tc>
        <w:tc>
          <w:tcPr>
            <w:tcW w:w="75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300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Corrective Action / Repair Instruction</w:t>
            </w:r>
          </w:p>
        </w:tc>
        <w:tc>
          <w:tcPr>
            <w:tcW w:w="75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300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Re-inspection / Validation</w:t>
            </w:r>
          </w:p>
        </w:tc>
        <w:tc>
          <w:tcPr>
            <w:tcW w:w="75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300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2F2F2"/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Other Remarks</w:t>
            </w:r>
          </w:p>
        </w:tc>
        <w:tc>
          <w:tcPr>
            <w:tcW w:w="75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</w:tbl>
    <w:p w:rsidR="0007144F" w:rsidRDefault="0007144F">
      <w:pPr>
        <w:rPr>
          <w:b/>
        </w:rPr>
      </w:pPr>
    </w:p>
    <w:p w:rsidR="0007144F" w:rsidRDefault="0007144F">
      <w:pPr>
        <w:rPr>
          <w:b/>
        </w:rPr>
      </w:pPr>
    </w:p>
    <w:p w:rsidR="0007144F" w:rsidRDefault="0007144F">
      <w:pPr>
        <w:rPr>
          <w:b/>
        </w:rPr>
      </w:pPr>
    </w:p>
    <w:p w:rsidR="0007144F" w:rsidRDefault="0007144F">
      <w:pPr>
        <w:rPr>
          <w:b/>
        </w:rPr>
      </w:pPr>
    </w:p>
    <w:p w:rsidR="0007144F" w:rsidRDefault="0007144F">
      <w:pPr>
        <w:rPr>
          <w:b/>
        </w:rPr>
      </w:pPr>
    </w:p>
    <w:p w:rsidR="0007144F" w:rsidRDefault="0007144F">
      <w:pPr>
        <w:rPr>
          <w:b/>
        </w:rPr>
      </w:pPr>
    </w:p>
    <w:p w:rsidR="00A95B07" w:rsidRDefault="00000000">
      <w:r>
        <w:rPr>
          <w:b/>
        </w:rPr>
        <w:lastRenderedPageBreak/>
        <w:t>DEFECT PHOTO RECORD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2"/>
        <w:gridCol w:w="5272"/>
      </w:tblGrid>
      <w:tr w:rsidR="00A95B07">
        <w:trPr>
          <w:cantSplit/>
          <w:trHeight w:val="3118"/>
          <w:jc w:val="center"/>
        </w:trPr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7144F" w:rsidP="0007144F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DEFECT PHOTO</w:t>
            </w:r>
          </w:p>
        </w:tc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7144F" w:rsidP="0007144F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DEFECT PHOTO</w:t>
            </w:r>
          </w:p>
        </w:tc>
      </w:tr>
      <w:tr w:rsidR="0007144F" w:rsidTr="0007144F">
        <w:trPr>
          <w:cantSplit/>
          <w:trHeight w:val="287"/>
          <w:jc w:val="center"/>
        </w:trPr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07144F" w:rsidRDefault="0007144F" w:rsidP="0007144F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DEFECT DETAIL</w:t>
            </w:r>
          </w:p>
        </w:tc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07144F" w:rsidRDefault="0007144F" w:rsidP="0007144F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DEFECT DETAIL</w:t>
            </w:r>
          </w:p>
        </w:tc>
      </w:tr>
      <w:tr w:rsidR="00A95B07">
        <w:trPr>
          <w:cantSplit/>
          <w:trHeight w:val="3118"/>
          <w:jc w:val="center"/>
        </w:trPr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 xml:space="preserve">INSERT </w:t>
            </w:r>
            <w:r w:rsidR="0007144F">
              <w:rPr>
                <w:b/>
                <w:sz w:val="16"/>
              </w:rPr>
              <w:t>DEFECT PHOTO</w:t>
            </w:r>
          </w:p>
        </w:tc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7144F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DEFECT PHOTO</w:t>
            </w:r>
          </w:p>
        </w:tc>
      </w:tr>
      <w:tr w:rsidR="0007144F" w:rsidTr="0007144F">
        <w:trPr>
          <w:cantSplit/>
          <w:trHeight w:val="251"/>
          <w:jc w:val="center"/>
        </w:trPr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07144F" w:rsidRDefault="0007144F">
            <w:pPr>
              <w:spacing w:after="0" w:line="24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DEFECT DETAIL</w:t>
            </w:r>
          </w:p>
        </w:tc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07144F" w:rsidRDefault="0007144F">
            <w:pPr>
              <w:spacing w:after="0" w:line="24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DEFECT DETAIL</w:t>
            </w:r>
          </w:p>
        </w:tc>
      </w:tr>
      <w:tr w:rsidR="00A95B07">
        <w:trPr>
          <w:cantSplit/>
          <w:trHeight w:val="3118"/>
          <w:jc w:val="center"/>
        </w:trPr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7144F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DEFECT PHOTO</w:t>
            </w:r>
          </w:p>
        </w:tc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7144F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DEFECT PHOTO</w:t>
            </w:r>
          </w:p>
        </w:tc>
      </w:tr>
      <w:tr w:rsidR="0007144F" w:rsidTr="0007144F">
        <w:trPr>
          <w:cantSplit/>
          <w:trHeight w:val="248"/>
          <w:jc w:val="center"/>
        </w:trPr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07144F" w:rsidRDefault="0007144F">
            <w:pPr>
              <w:spacing w:after="0" w:line="24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DEFECT DETAIL</w:t>
            </w:r>
          </w:p>
        </w:tc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07144F" w:rsidRDefault="0007144F">
            <w:pPr>
              <w:spacing w:after="0" w:line="24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DEFECT DETAIL</w:t>
            </w:r>
          </w:p>
        </w:tc>
      </w:tr>
      <w:tr w:rsidR="0007144F" w:rsidTr="0007144F">
        <w:trPr>
          <w:cantSplit/>
          <w:trHeight w:val="248"/>
          <w:jc w:val="center"/>
        </w:trPr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07144F" w:rsidRDefault="0007144F">
            <w:pPr>
              <w:spacing w:after="0" w:line="24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ADD MORE COLUMN IF THERE ARE DEFECT</w:t>
            </w:r>
          </w:p>
        </w:tc>
        <w:tc>
          <w:tcPr>
            <w:tcW w:w="52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07144F" w:rsidRDefault="0007144F">
            <w:pPr>
              <w:spacing w:after="0" w:line="240" w:lineRule="aut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ADD MORE COLUMN IF THERE ARE DEFECT</w:t>
            </w:r>
          </w:p>
        </w:tc>
      </w:tr>
    </w:tbl>
    <w:p w:rsidR="00A95B07" w:rsidRDefault="00000000">
      <w:r>
        <w:rPr>
          <w:b/>
        </w:rPr>
        <w:t>Testing / Reference Checks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4111"/>
        <w:gridCol w:w="2551"/>
        <w:gridCol w:w="1898"/>
      </w:tblGrid>
      <w:tr w:rsidR="00A95B07" w:rsidTr="0007144F">
        <w:trPr>
          <w:cantSplit/>
          <w:jc w:val="center"/>
        </w:trPr>
        <w:tc>
          <w:tcPr>
            <w:tcW w:w="198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Check</w:t>
            </w:r>
          </w:p>
        </w:tc>
        <w:tc>
          <w:tcPr>
            <w:tcW w:w="411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Applicable Requirement / Standard</w:t>
            </w:r>
          </w:p>
        </w:tc>
        <w:tc>
          <w:tcPr>
            <w:tcW w:w="255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Result</w:t>
            </w:r>
          </w:p>
        </w:tc>
        <w:tc>
          <w:tcPr>
            <w:tcW w:w="18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Comments</w:t>
            </w:r>
          </w:p>
        </w:tc>
      </w:tr>
      <w:tr w:rsidR="00A95B07" w:rsidTr="0007144F">
        <w:trPr>
          <w:cantSplit/>
          <w:jc w:val="center"/>
        </w:trPr>
        <w:tc>
          <w:tcPr>
            <w:tcW w:w="198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Moisture Content</w:t>
            </w:r>
          </w:p>
        </w:tc>
        <w:tc>
          <w:tcPr>
            <w:tcW w:w="411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6B18F6" w:rsidRDefault="0007144F" w:rsidP="006B18F6">
            <w:pPr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zh-CN"/>
              </w:rPr>
            </w:pPr>
            <w:r w:rsidRPr="0007144F">
              <w:rPr>
                <w:rFonts w:cs="Arial" w:hint="eastAsia"/>
                <w:sz w:val="14"/>
                <w:szCs w:val="14"/>
              </w:rPr>
              <w:t xml:space="preserve">Standard </w:t>
            </w:r>
            <w:r w:rsidRPr="0007144F">
              <w:rPr>
                <w:rFonts w:cs="Arial" w:hint="eastAsia"/>
                <w:sz w:val="14"/>
                <w:szCs w:val="14"/>
                <w:lang w:eastAsia="zh-CN"/>
              </w:rPr>
              <w:t>8</w:t>
            </w:r>
            <w:r w:rsidRPr="0007144F">
              <w:rPr>
                <w:rFonts w:cs="Arial" w:hint="eastAsia"/>
                <w:sz w:val="14"/>
                <w:szCs w:val="14"/>
              </w:rPr>
              <w:t>% to 1</w:t>
            </w:r>
            <w:r w:rsidRPr="0007144F">
              <w:rPr>
                <w:rFonts w:cs="Arial" w:hint="eastAsia"/>
                <w:sz w:val="14"/>
                <w:szCs w:val="14"/>
                <w:lang w:eastAsia="zh-CN"/>
              </w:rPr>
              <w:t>2</w:t>
            </w:r>
            <w:r w:rsidRPr="0007144F">
              <w:rPr>
                <w:rFonts w:cs="Arial" w:hint="eastAsia"/>
                <w:sz w:val="14"/>
                <w:szCs w:val="14"/>
              </w:rPr>
              <w:t>%</w:t>
            </w:r>
            <w:r w:rsidR="00C53D80">
              <w:rPr>
                <w:rFonts w:cs="Arial"/>
                <w:sz w:val="14"/>
                <w:szCs w:val="14"/>
                <w:lang w:eastAsia="zh-CN"/>
              </w:rPr>
              <w:t xml:space="preserve"> </w:t>
            </w:r>
          </w:p>
          <w:p w:rsidR="00A95B07" w:rsidRPr="0007144F" w:rsidRDefault="0007144F" w:rsidP="006B18F6">
            <w:pPr>
              <w:spacing w:after="0" w:line="240" w:lineRule="auto"/>
              <w:jc w:val="center"/>
              <w:rPr>
                <w:rFonts w:cs="Arial"/>
                <w:sz w:val="14"/>
                <w:szCs w:val="14"/>
                <w:lang w:eastAsia="zh-CN"/>
              </w:rPr>
            </w:pPr>
            <w:r w:rsidRPr="0007144F">
              <w:rPr>
                <w:rFonts w:cs="Arial" w:hint="eastAsia"/>
                <w:sz w:val="14"/>
                <w:szCs w:val="14"/>
                <w:lang w:eastAsia="zh-CN"/>
              </w:rPr>
              <w:t>Applicable to solid wood indoor use</w:t>
            </w:r>
          </w:p>
        </w:tc>
        <w:tc>
          <w:tcPr>
            <w:tcW w:w="255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6B18F6">
            <w:pPr>
              <w:spacing w:after="0" w:line="240" w:lineRule="auto"/>
              <w:jc w:val="center"/>
            </w:pPr>
            <w:r>
              <w:rPr>
                <w:sz w:val="14"/>
              </w:rPr>
              <w:t xml:space="preserve">☐ </w:t>
            </w:r>
            <w:proofErr w:type="gramStart"/>
            <w:r>
              <w:rPr>
                <w:sz w:val="14"/>
              </w:rPr>
              <w:t>Pass  ☐</w:t>
            </w:r>
            <w:proofErr w:type="gram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Pending  ☐</w:t>
            </w:r>
            <w:proofErr w:type="gramEnd"/>
            <w:r>
              <w:rPr>
                <w:sz w:val="14"/>
              </w:rPr>
              <w:t xml:space="preserve"> Fail</w:t>
            </w:r>
          </w:p>
        </w:tc>
        <w:tc>
          <w:tcPr>
            <w:tcW w:w="18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 w:rsidTr="0007144F">
        <w:trPr>
          <w:cantSplit/>
          <w:jc w:val="center"/>
        </w:trPr>
        <w:tc>
          <w:tcPr>
            <w:tcW w:w="198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Color Match</w:t>
            </w:r>
          </w:p>
        </w:tc>
        <w:tc>
          <w:tcPr>
            <w:tcW w:w="411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Pr="0007144F" w:rsidRDefault="0007144F" w:rsidP="006B18F6">
            <w:pPr>
              <w:spacing w:line="240" w:lineRule="exact"/>
              <w:jc w:val="center"/>
              <w:rPr>
                <w:rFonts w:cs="Arial"/>
                <w:sz w:val="14"/>
                <w:szCs w:val="14"/>
                <w:lang w:eastAsia="zh-CN"/>
              </w:rPr>
            </w:pPr>
            <w:r w:rsidRPr="0007144F">
              <w:rPr>
                <w:rFonts w:cs="Arial" w:hint="eastAsia"/>
                <w:sz w:val="14"/>
                <w:szCs w:val="14"/>
                <w:lang w:eastAsia="zh-CN"/>
              </w:rPr>
              <w:t>Paper swatch versus production lot</w:t>
            </w:r>
          </w:p>
        </w:tc>
        <w:tc>
          <w:tcPr>
            <w:tcW w:w="255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6B18F6">
            <w:pPr>
              <w:spacing w:after="0" w:line="240" w:lineRule="auto"/>
              <w:jc w:val="center"/>
            </w:pPr>
            <w:r>
              <w:rPr>
                <w:sz w:val="14"/>
              </w:rPr>
              <w:t xml:space="preserve">☐ </w:t>
            </w:r>
            <w:proofErr w:type="gramStart"/>
            <w:r>
              <w:rPr>
                <w:sz w:val="14"/>
              </w:rPr>
              <w:t>Pass  ☐</w:t>
            </w:r>
            <w:proofErr w:type="gram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Pending  ☐</w:t>
            </w:r>
            <w:proofErr w:type="gramEnd"/>
            <w:r>
              <w:rPr>
                <w:sz w:val="14"/>
              </w:rPr>
              <w:t xml:space="preserve"> Fail</w:t>
            </w:r>
          </w:p>
        </w:tc>
        <w:tc>
          <w:tcPr>
            <w:tcW w:w="18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 w:rsidTr="0007144F">
        <w:trPr>
          <w:cantSplit/>
          <w:jc w:val="center"/>
        </w:trPr>
        <w:tc>
          <w:tcPr>
            <w:tcW w:w="198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Transit Drop Test</w:t>
            </w:r>
          </w:p>
        </w:tc>
        <w:tc>
          <w:tcPr>
            <w:tcW w:w="411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Pr="0007144F" w:rsidRDefault="0007144F" w:rsidP="0007144F">
            <w:pPr>
              <w:rPr>
                <w:rFonts w:cs="Arial"/>
                <w:sz w:val="14"/>
                <w:szCs w:val="14"/>
                <w:lang w:eastAsia="zh-CN"/>
              </w:rPr>
            </w:pPr>
            <w:r w:rsidRPr="0007144F">
              <w:rPr>
                <w:rFonts w:cs="Arial" w:hint="eastAsia"/>
                <w:sz w:val="14"/>
                <w:szCs w:val="14"/>
                <w:lang w:eastAsia="zh-CN"/>
              </w:rPr>
              <w:t>ISTA-1A</w:t>
            </w:r>
            <w:r w:rsidR="006B18F6">
              <w:rPr>
                <w:rFonts w:cs="Arial"/>
                <w:sz w:val="14"/>
                <w:szCs w:val="14"/>
                <w:lang w:eastAsia="zh-CN"/>
              </w:rPr>
              <w:t xml:space="preserve"> </w:t>
            </w:r>
            <w:r w:rsidRPr="0007144F">
              <w:rPr>
                <w:rFonts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44F">
              <w:rPr>
                <w:rFonts w:cs="Arial"/>
                <w:sz w:val="14"/>
                <w:szCs w:val="14"/>
              </w:rPr>
              <w:instrText xml:space="preserve"> </w:instrText>
            </w:r>
            <w:r w:rsidRPr="0007144F">
              <w:rPr>
                <w:rFonts w:cs="Arial" w:hint="eastAsia"/>
                <w:sz w:val="14"/>
                <w:szCs w:val="14"/>
              </w:rPr>
              <w:instrText>FORMCHECKBOX</w:instrText>
            </w:r>
            <w:r w:rsidRPr="0007144F">
              <w:rPr>
                <w:rFonts w:cs="Arial"/>
                <w:sz w:val="14"/>
                <w:szCs w:val="14"/>
              </w:rPr>
              <w:instrText xml:space="preserve"> </w:instrText>
            </w:r>
            <w:r w:rsidRPr="0007144F">
              <w:rPr>
                <w:rFonts w:cs="Arial"/>
                <w:sz w:val="14"/>
                <w:szCs w:val="14"/>
              </w:rPr>
            </w:r>
            <w:r w:rsidRPr="0007144F">
              <w:rPr>
                <w:rFonts w:cs="Arial"/>
                <w:sz w:val="14"/>
                <w:szCs w:val="14"/>
              </w:rPr>
              <w:fldChar w:fldCharType="separate"/>
            </w:r>
            <w:r w:rsidRPr="0007144F">
              <w:rPr>
                <w:rFonts w:cs="Arial"/>
                <w:sz w:val="14"/>
                <w:szCs w:val="14"/>
              </w:rPr>
              <w:fldChar w:fldCharType="end"/>
            </w:r>
            <w:r w:rsidR="006B18F6">
              <w:rPr>
                <w:rFonts w:cs="Arial"/>
                <w:sz w:val="14"/>
                <w:szCs w:val="14"/>
                <w:lang w:eastAsia="zh-CN"/>
              </w:rPr>
              <w:t xml:space="preserve"> </w:t>
            </w:r>
            <w:r w:rsidRPr="0007144F">
              <w:rPr>
                <w:rFonts w:cs="Arial" w:hint="eastAsia"/>
                <w:sz w:val="14"/>
                <w:szCs w:val="14"/>
                <w:lang w:eastAsia="zh-CN"/>
              </w:rPr>
              <w:t xml:space="preserve"> ISTA-3A</w:t>
            </w:r>
            <w:r w:rsidR="006B18F6">
              <w:rPr>
                <w:rFonts w:cs="Arial"/>
                <w:sz w:val="14"/>
                <w:szCs w:val="14"/>
                <w:lang w:eastAsia="zh-CN"/>
              </w:rPr>
              <w:t xml:space="preserve"> </w:t>
            </w:r>
            <w:r w:rsidRPr="0007144F">
              <w:rPr>
                <w:rFonts w:cs="Arial"/>
                <w:sz w:val="14"/>
                <w:szCs w:val="1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44F">
              <w:rPr>
                <w:rFonts w:cs="Arial"/>
                <w:sz w:val="14"/>
                <w:szCs w:val="14"/>
              </w:rPr>
              <w:instrText xml:space="preserve"> </w:instrText>
            </w:r>
            <w:r w:rsidRPr="0007144F">
              <w:rPr>
                <w:rFonts w:cs="Arial" w:hint="eastAsia"/>
                <w:sz w:val="14"/>
                <w:szCs w:val="14"/>
              </w:rPr>
              <w:instrText>FORMCHECKBOX</w:instrText>
            </w:r>
            <w:r w:rsidRPr="0007144F">
              <w:rPr>
                <w:rFonts w:cs="Arial"/>
                <w:sz w:val="14"/>
                <w:szCs w:val="14"/>
              </w:rPr>
              <w:instrText xml:space="preserve"> </w:instrText>
            </w:r>
            <w:r w:rsidRPr="0007144F">
              <w:rPr>
                <w:rFonts w:cs="Arial"/>
                <w:sz w:val="14"/>
                <w:szCs w:val="14"/>
              </w:rPr>
            </w:r>
            <w:r w:rsidRPr="0007144F">
              <w:rPr>
                <w:rFonts w:cs="Arial"/>
                <w:sz w:val="14"/>
                <w:szCs w:val="14"/>
              </w:rPr>
              <w:fldChar w:fldCharType="separate"/>
            </w:r>
            <w:r w:rsidRPr="0007144F">
              <w:rPr>
                <w:rFonts w:cs="Arial"/>
                <w:sz w:val="14"/>
                <w:szCs w:val="14"/>
              </w:rPr>
              <w:fldChar w:fldCharType="end"/>
            </w:r>
            <w:r w:rsidR="006B18F6">
              <w:rPr>
                <w:rFonts w:cs="Arial"/>
                <w:sz w:val="14"/>
                <w:szCs w:val="14"/>
                <w:lang w:eastAsia="zh-CN"/>
              </w:rPr>
              <w:t xml:space="preserve"> </w:t>
            </w:r>
            <w:r w:rsidRPr="0007144F">
              <w:rPr>
                <w:rFonts w:cs="Arial" w:hint="eastAsia"/>
                <w:sz w:val="14"/>
                <w:szCs w:val="14"/>
                <w:lang w:eastAsia="zh-CN"/>
              </w:rPr>
              <w:t>Fedex-6A</w:t>
            </w:r>
            <w:r w:rsidR="006B18F6">
              <w:rPr>
                <w:rFonts w:cs="Arial"/>
                <w:sz w:val="14"/>
                <w:szCs w:val="14"/>
                <w:lang w:eastAsia="zh-CN"/>
              </w:rPr>
              <w:t xml:space="preserve"> </w:t>
            </w:r>
            <w:r w:rsidRPr="0007144F">
              <w:rPr>
                <w:rFonts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7144F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Pr="0007144F">
              <w:rPr>
                <w:rFonts w:cs="Arial"/>
                <w:sz w:val="14"/>
                <w:szCs w:val="14"/>
              </w:rPr>
            </w:r>
            <w:r w:rsidRPr="0007144F">
              <w:rPr>
                <w:rFonts w:cs="Arial"/>
                <w:sz w:val="14"/>
                <w:szCs w:val="14"/>
              </w:rPr>
              <w:fldChar w:fldCharType="separate"/>
            </w:r>
            <w:r w:rsidRPr="0007144F">
              <w:rPr>
                <w:rFonts w:cs="Arial"/>
                <w:sz w:val="14"/>
                <w:szCs w:val="14"/>
              </w:rPr>
              <w:fldChar w:fldCharType="end"/>
            </w:r>
            <w:r w:rsidRPr="0007144F">
              <w:rPr>
                <w:rFonts w:cs="Arial" w:hint="eastAsia"/>
                <w:sz w:val="14"/>
                <w:szCs w:val="14"/>
                <w:lang w:eastAsia="zh-CN"/>
              </w:rPr>
              <w:t>;</w:t>
            </w:r>
            <w:r w:rsidRPr="0007144F">
              <w:rPr>
                <w:rFonts w:cs="Arial"/>
                <w:sz w:val="14"/>
                <w:szCs w:val="14"/>
                <w:lang w:eastAsia="zh-CN"/>
              </w:rPr>
              <w:t xml:space="preserve"> </w:t>
            </w:r>
            <w:r w:rsidRPr="0007144F">
              <w:rPr>
                <w:rFonts w:cs="Arial" w:hint="eastAsia"/>
                <w:sz w:val="14"/>
                <w:szCs w:val="14"/>
                <w:lang w:eastAsia="zh-CN"/>
              </w:rPr>
              <w:t>Amazon 6A</w:t>
            </w:r>
            <w:r w:rsidRPr="0007144F">
              <w:rPr>
                <w:rFonts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144F">
              <w:rPr>
                <w:rFonts w:cs="Arial"/>
                <w:sz w:val="14"/>
                <w:szCs w:val="14"/>
              </w:rPr>
              <w:instrText xml:space="preserve"> </w:instrText>
            </w:r>
            <w:r w:rsidRPr="0007144F">
              <w:rPr>
                <w:rFonts w:cs="Arial" w:hint="eastAsia"/>
                <w:sz w:val="14"/>
                <w:szCs w:val="14"/>
              </w:rPr>
              <w:instrText>FORMCHECKBOX</w:instrText>
            </w:r>
            <w:r w:rsidRPr="0007144F">
              <w:rPr>
                <w:rFonts w:cs="Arial"/>
                <w:sz w:val="14"/>
                <w:szCs w:val="14"/>
              </w:rPr>
              <w:instrText xml:space="preserve"> </w:instrText>
            </w:r>
            <w:r w:rsidRPr="0007144F">
              <w:rPr>
                <w:rFonts w:cs="Arial"/>
                <w:sz w:val="14"/>
                <w:szCs w:val="14"/>
              </w:rPr>
            </w:r>
            <w:r w:rsidRPr="0007144F">
              <w:rPr>
                <w:rFonts w:cs="Arial"/>
                <w:sz w:val="14"/>
                <w:szCs w:val="14"/>
              </w:rPr>
              <w:fldChar w:fldCharType="separate"/>
            </w:r>
            <w:r w:rsidRPr="0007144F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6B18F6">
            <w:pPr>
              <w:spacing w:after="0" w:line="240" w:lineRule="auto"/>
              <w:jc w:val="center"/>
            </w:pPr>
            <w:r>
              <w:rPr>
                <w:sz w:val="14"/>
              </w:rPr>
              <w:t xml:space="preserve">☐ </w:t>
            </w:r>
            <w:proofErr w:type="gramStart"/>
            <w:r>
              <w:rPr>
                <w:sz w:val="14"/>
              </w:rPr>
              <w:t>Pass  ☐</w:t>
            </w:r>
            <w:proofErr w:type="gram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Pending  ☐</w:t>
            </w:r>
            <w:proofErr w:type="gramEnd"/>
            <w:r>
              <w:rPr>
                <w:sz w:val="14"/>
              </w:rPr>
              <w:t xml:space="preserve"> Fail</w:t>
            </w:r>
          </w:p>
        </w:tc>
        <w:tc>
          <w:tcPr>
            <w:tcW w:w="18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 w:rsidTr="0007144F">
        <w:trPr>
          <w:cantSplit/>
          <w:jc w:val="center"/>
        </w:trPr>
        <w:tc>
          <w:tcPr>
            <w:tcW w:w="198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Function / Stability Test</w:t>
            </w:r>
          </w:p>
        </w:tc>
        <w:tc>
          <w:tcPr>
            <w:tcW w:w="411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Pr="0007144F" w:rsidRDefault="00A95B07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 w:rsidP="006B18F6">
            <w:pPr>
              <w:spacing w:after="0" w:line="240" w:lineRule="auto"/>
              <w:jc w:val="center"/>
            </w:pPr>
            <w:r>
              <w:rPr>
                <w:sz w:val="14"/>
              </w:rPr>
              <w:t xml:space="preserve">☐ </w:t>
            </w:r>
            <w:proofErr w:type="gramStart"/>
            <w:r>
              <w:rPr>
                <w:sz w:val="14"/>
              </w:rPr>
              <w:t>Pass  ☐</w:t>
            </w:r>
            <w:proofErr w:type="gram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Pending  ☐</w:t>
            </w:r>
            <w:proofErr w:type="gramEnd"/>
            <w:r>
              <w:rPr>
                <w:sz w:val="14"/>
              </w:rPr>
              <w:t xml:space="preserve"> Fail</w:t>
            </w:r>
          </w:p>
        </w:tc>
        <w:tc>
          <w:tcPr>
            <w:tcW w:w="18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</w:tbl>
    <w:p w:rsidR="00A95B07" w:rsidRDefault="00000000">
      <w:r>
        <w:rPr>
          <w:b/>
        </w:rPr>
        <w:t>SPECIFICATION / MEASUREMENT VERIFICATION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2154"/>
        <w:gridCol w:w="2154"/>
        <w:gridCol w:w="2268"/>
        <w:gridCol w:w="2041"/>
      </w:tblGrid>
      <w:tr w:rsidR="00A95B07">
        <w:trPr>
          <w:cantSplit/>
          <w:jc w:val="center"/>
        </w:trPr>
        <w:tc>
          <w:tcPr>
            <w:tcW w:w="192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Check Item</w:t>
            </w: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Specification</w:t>
            </w: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Inspection Result</w:t>
            </w:r>
          </w:p>
        </w:tc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Tolerance / Acceptance</w:t>
            </w:r>
          </w:p>
        </w:tc>
        <w:tc>
          <w:tcPr>
            <w:tcW w:w="204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3"/>
              </w:rPr>
              <w:t>Comments if not consistent with BOM / Test Report / Carton Graphic / PO</w:t>
            </w:r>
          </w:p>
        </w:tc>
      </w:tr>
      <w:tr w:rsidR="00A95B07">
        <w:trPr>
          <w:cantSplit/>
          <w:jc w:val="center"/>
        </w:trPr>
        <w:tc>
          <w:tcPr>
            <w:tcW w:w="192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Product Dimensions</w:t>
            </w: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04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192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Carton Dimensions</w:t>
            </w: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04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192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NW / GW</w:t>
            </w: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04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192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Overall Construction</w:t>
            </w: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04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192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Material / Finish</w:t>
            </w: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1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204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</w:tbl>
    <w:p w:rsidR="0007144F" w:rsidRDefault="0007144F">
      <w:pPr>
        <w:rPr>
          <w:b/>
        </w:rPr>
      </w:pPr>
    </w:p>
    <w:p w:rsidR="00A95B07" w:rsidRDefault="00000000">
      <w:r>
        <w:rPr>
          <w:b/>
        </w:rPr>
        <w:t>FUNCTION / STABILITY TEST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3685"/>
        <w:gridCol w:w="2551"/>
        <w:gridCol w:w="1191"/>
      </w:tblGrid>
      <w:tr w:rsidR="00A95B07">
        <w:trPr>
          <w:cantSplit/>
          <w:jc w:val="center"/>
        </w:trPr>
        <w:tc>
          <w:tcPr>
            <w:tcW w:w="311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Test Item</w:t>
            </w:r>
          </w:p>
        </w:tc>
        <w:tc>
          <w:tcPr>
            <w:tcW w:w="368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Applicable Standard</w:t>
            </w:r>
          </w:p>
        </w:tc>
        <w:tc>
          <w:tcPr>
            <w:tcW w:w="255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Test Qty / Condition</w:t>
            </w:r>
          </w:p>
        </w:tc>
        <w:tc>
          <w:tcPr>
            <w:tcW w:w="119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Result / Comments</w:t>
            </w:r>
          </w:p>
        </w:tc>
      </w:tr>
      <w:tr w:rsidR="00A95B07">
        <w:trPr>
          <w:cantSplit/>
          <w:jc w:val="center"/>
        </w:trPr>
        <w:tc>
          <w:tcPr>
            <w:tcW w:w="311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Function test on all assembled items</w:t>
            </w:r>
          </w:p>
        </w:tc>
        <w:tc>
          <w:tcPr>
            <w:tcW w:w="368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sz w:val="14"/>
              </w:rPr>
              <w:t>ASTM F2057-23 / UL1678-22 / BIFMA / Other: __________</w:t>
            </w:r>
          </w:p>
        </w:tc>
        <w:tc>
          <w:tcPr>
            <w:tcW w:w="255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9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311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Stability test - where applicable</w:t>
            </w:r>
          </w:p>
        </w:tc>
        <w:tc>
          <w:tcPr>
            <w:tcW w:w="368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sz w:val="14"/>
              </w:rPr>
              <w:t>ASTM F2057-23 / UL1678-22 / BIFMA / Other: __________</w:t>
            </w:r>
          </w:p>
        </w:tc>
        <w:tc>
          <w:tcPr>
            <w:tcW w:w="255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19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</w:tbl>
    <w:p w:rsidR="00A95B07" w:rsidRDefault="00000000">
      <w:pPr>
        <w:rPr>
          <w:b/>
        </w:rPr>
      </w:pPr>
      <w:r>
        <w:rPr>
          <w:b/>
        </w:rPr>
        <w:t>SHIPPING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8"/>
        <w:gridCol w:w="8144"/>
      </w:tblGrid>
      <w:tr w:rsidR="006B18F6" w:rsidRPr="00AD52E4" w:rsidTr="006B18F6">
        <w:trPr>
          <w:trHeight w:val="2401"/>
        </w:trPr>
        <w:tc>
          <w:tcPr>
            <w:tcW w:w="2618" w:type="dxa"/>
          </w:tcPr>
          <w:p w:rsidR="006B18F6" w:rsidRPr="00722D1B" w:rsidRDefault="006B18F6" w:rsidP="00BB19A9">
            <w:pPr>
              <w:rPr>
                <w:rFonts w:cs="Arial"/>
                <w:sz w:val="18"/>
                <w:szCs w:val="18"/>
                <w:lang w:eastAsia="zh-CN"/>
              </w:rPr>
            </w:pPr>
            <w:r w:rsidRPr="000337F0">
              <w:rPr>
                <w:rFonts w:cs="Arial" w:hint="eastAsia"/>
                <w:sz w:val="18"/>
                <w:szCs w:val="18"/>
              </w:rPr>
              <w:t>Check Shipping Mark</w:t>
            </w:r>
            <w:r>
              <w:rPr>
                <w:rFonts w:cs="Arial" w:hint="eastAsia"/>
                <w:sz w:val="18"/>
                <w:szCs w:val="18"/>
                <w:lang w:eastAsia="zh-CN"/>
              </w:rPr>
              <w:t>/Label</w:t>
            </w:r>
          </w:p>
        </w:tc>
        <w:tc>
          <w:tcPr>
            <w:tcW w:w="8144" w:type="dxa"/>
          </w:tcPr>
          <w:p w:rsidR="006B18F6" w:rsidRPr="00AD52E4" w:rsidRDefault="006B18F6" w:rsidP="006B18F6">
            <w:pPr>
              <w:jc w:val="center"/>
              <w:rPr>
                <w:rFonts w:cs="Arial"/>
                <w:sz w:val="18"/>
                <w:szCs w:val="18"/>
                <w:lang w:eastAsia="zh-CN"/>
              </w:rPr>
            </w:pPr>
            <w:r>
              <w:rPr>
                <w:b/>
                <w:sz w:val="16"/>
              </w:rPr>
              <w:t>INSERT SHIPPING MARK PHOTO</w:t>
            </w:r>
          </w:p>
        </w:tc>
      </w:tr>
      <w:tr w:rsidR="006B18F6" w:rsidRPr="00B83DC0" w:rsidTr="00BB19A9">
        <w:trPr>
          <w:trHeight w:val="403"/>
        </w:trPr>
        <w:tc>
          <w:tcPr>
            <w:tcW w:w="2618" w:type="dxa"/>
          </w:tcPr>
          <w:p w:rsidR="006B18F6" w:rsidRPr="00B83DC0" w:rsidRDefault="006B18F6" w:rsidP="006B18F6">
            <w:pPr>
              <w:jc w:val="center"/>
              <w:rPr>
                <w:rFonts w:eastAsia="SimSun" w:cs="Arial"/>
                <w:b/>
                <w:sz w:val="18"/>
                <w:szCs w:val="18"/>
                <w:lang w:eastAsia="zh-CN"/>
              </w:rPr>
            </w:pPr>
            <w:r>
              <w:rPr>
                <w:rFonts w:eastAsia="SimSun" w:cs="Arial"/>
                <w:b/>
                <w:sz w:val="18"/>
                <w:szCs w:val="18"/>
                <w:lang w:eastAsia="zh-CN"/>
              </w:rPr>
              <w:t>Item No.</w:t>
            </w:r>
          </w:p>
        </w:tc>
        <w:tc>
          <w:tcPr>
            <w:tcW w:w="8144" w:type="dxa"/>
          </w:tcPr>
          <w:p w:rsidR="006B18F6" w:rsidRPr="00B83DC0" w:rsidRDefault="006B18F6" w:rsidP="00BB19A9">
            <w:pPr>
              <w:rPr>
                <w:rFonts w:eastAsia="SimSun" w:cs="Arial"/>
                <w:b/>
                <w:sz w:val="18"/>
                <w:szCs w:val="18"/>
                <w:lang w:eastAsia="zh-CN"/>
              </w:rPr>
            </w:pPr>
            <w:r>
              <w:rPr>
                <w:rFonts w:eastAsia="SimSun" w:cs="Arial"/>
                <w:b/>
                <w:bCs/>
                <w:sz w:val="18"/>
                <w:szCs w:val="18"/>
                <w:lang w:eastAsia="zh-CN"/>
              </w:rPr>
              <w:t>PO#: ____________ Customer PO#: ____________</w:t>
            </w:r>
          </w:p>
        </w:tc>
      </w:tr>
      <w:tr w:rsidR="006B18F6" w:rsidRPr="00AD52E4" w:rsidTr="006B18F6">
        <w:trPr>
          <w:trHeight w:val="2087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6" w:rsidRPr="006B18F6" w:rsidRDefault="006B18F6" w:rsidP="006B18F6">
            <w:pPr>
              <w:jc w:val="center"/>
              <w:rPr>
                <w:rFonts w:eastAsia="SimSun" w:cs="Arial"/>
                <w:b/>
                <w:sz w:val="18"/>
                <w:szCs w:val="18"/>
                <w:lang w:eastAsia="zh-CN"/>
              </w:rPr>
            </w:pPr>
            <w:r w:rsidRPr="006B18F6">
              <w:rPr>
                <w:rFonts w:eastAsia="SimSun" w:cs="Arial" w:hint="eastAsia"/>
                <w:b/>
                <w:sz w:val="18"/>
                <w:szCs w:val="18"/>
                <w:lang w:eastAsia="zh-CN"/>
              </w:rPr>
              <w:t>Check Shipping Mark/Label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6" w:rsidRPr="006B18F6" w:rsidRDefault="006B18F6" w:rsidP="006B18F6">
            <w:pPr>
              <w:jc w:val="center"/>
              <w:rPr>
                <w:rFonts w:eastAsia="SimSun" w:cs="Arial"/>
                <w:b/>
                <w:bCs/>
                <w:sz w:val="18"/>
                <w:szCs w:val="18"/>
                <w:lang w:eastAsia="zh-CN"/>
              </w:rPr>
            </w:pPr>
            <w:r w:rsidRPr="006B18F6">
              <w:rPr>
                <w:rFonts w:eastAsia="SimSun" w:cs="Arial"/>
                <w:b/>
                <w:bCs/>
                <w:sz w:val="18"/>
                <w:szCs w:val="18"/>
                <w:lang w:eastAsia="zh-CN"/>
              </w:rPr>
              <w:t>INSERT SHIPPING MARK PHOTO</w:t>
            </w:r>
          </w:p>
        </w:tc>
      </w:tr>
      <w:tr w:rsidR="006B18F6" w:rsidRPr="00B83DC0" w:rsidTr="006B18F6">
        <w:trPr>
          <w:trHeight w:val="403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6" w:rsidRPr="00B83DC0" w:rsidRDefault="006B18F6" w:rsidP="00BB19A9">
            <w:pPr>
              <w:jc w:val="center"/>
              <w:rPr>
                <w:rFonts w:eastAsia="SimSun" w:cs="Arial"/>
                <w:b/>
                <w:sz w:val="18"/>
                <w:szCs w:val="18"/>
                <w:lang w:eastAsia="zh-CN"/>
              </w:rPr>
            </w:pPr>
            <w:r>
              <w:rPr>
                <w:rFonts w:eastAsia="SimSun" w:cs="Arial"/>
                <w:b/>
                <w:sz w:val="18"/>
                <w:szCs w:val="18"/>
                <w:lang w:eastAsia="zh-CN"/>
              </w:rPr>
              <w:t>Item No.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6" w:rsidRPr="006B18F6" w:rsidRDefault="006B18F6" w:rsidP="00BB19A9">
            <w:pPr>
              <w:rPr>
                <w:rFonts w:eastAsia="SimSun" w:cs="Arial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 w:cs="Arial"/>
                <w:b/>
                <w:bCs/>
                <w:sz w:val="18"/>
                <w:szCs w:val="18"/>
                <w:lang w:eastAsia="zh-CN"/>
              </w:rPr>
              <w:t>PO#: ____________ Customer PO#: ____________</w:t>
            </w:r>
          </w:p>
        </w:tc>
      </w:tr>
    </w:tbl>
    <w:p w:rsidR="00A95B07" w:rsidRDefault="00000000">
      <w:r>
        <w:br w:type="page"/>
      </w:r>
    </w:p>
    <w:p w:rsidR="00A95B07" w:rsidRDefault="00000000">
      <w:r>
        <w:rPr>
          <w:b/>
        </w:rPr>
        <w:lastRenderedPageBreak/>
        <w:t>SHIPPING MARK / LABEL VERIFICATION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4309"/>
      </w:tblGrid>
      <w:tr w:rsidR="00A95B07">
        <w:trPr>
          <w:cantSplit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Item No. / SKU: ____________________   PO No.: ____________________   Client PO No.: ____________________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Result: ☐ Pass  ☐ Fail</w:t>
            </w:r>
          </w:p>
        </w:tc>
      </w:tr>
      <w:tr w:rsidR="00A95B07">
        <w:trPr>
          <w:cantSplit/>
          <w:trHeight w:val="2721"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SHIPPING MARK / LABEL PHOTO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COMMENTS / OBSERVATION</w:t>
            </w:r>
          </w:p>
        </w:tc>
      </w:tr>
    </w:tbl>
    <w:p w:rsidR="00A95B07" w:rsidRDefault="00A95B0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4309"/>
      </w:tblGrid>
      <w:tr w:rsidR="00A95B07">
        <w:trPr>
          <w:cantSplit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Item No. / SKU: ____________________   PO No.: ____________________   Client PO No.: ____________________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Result: ☐ Pass  ☐ Fail</w:t>
            </w:r>
          </w:p>
        </w:tc>
      </w:tr>
      <w:tr w:rsidR="00A95B07">
        <w:trPr>
          <w:cantSplit/>
          <w:trHeight w:val="2721"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SHIPPING MARK / LABEL PHOTO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COMMENTS / OBSERVATION</w:t>
            </w:r>
          </w:p>
        </w:tc>
      </w:tr>
    </w:tbl>
    <w:p w:rsidR="00A95B07" w:rsidRDefault="00A95B0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4309"/>
      </w:tblGrid>
      <w:tr w:rsidR="00A95B07">
        <w:trPr>
          <w:cantSplit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Item No. / SKU: ____________________   PO No.: ____________________   Client PO No.: ____________________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Result: ☐ Pass  ☐ Fail</w:t>
            </w:r>
          </w:p>
        </w:tc>
      </w:tr>
      <w:tr w:rsidR="00A95B07">
        <w:trPr>
          <w:cantSplit/>
          <w:trHeight w:val="2721"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SHIPPING MARK / LABEL PHOTO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COMMENTS / OBSERVATION</w:t>
            </w:r>
          </w:p>
        </w:tc>
      </w:tr>
    </w:tbl>
    <w:p w:rsidR="00A95B07" w:rsidRDefault="00000000">
      <w:r>
        <w:rPr>
          <w:b/>
        </w:rPr>
        <w:t>CARTON PACKING VERIFICATION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4309"/>
      </w:tblGrid>
      <w:tr w:rsidR="00A95B07">
        <w:trPr>
          <w:cantSplit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Item No. / SKU: ____________________   Carton No.: __________   Pack Qty: __________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Result: ☐ Pass  ☐ Fail</w:t>
            </w:r>
          </w:p>
        </w:tc>
      </w:tr>
      <w:tr w:rsidR="00A95B07">
        <w:trPr>
          <w:cantSplit/>
          <w:trHeight w:val="2721"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CARTON PACKING PHOTO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PACKING / PROTECTION OBSERVATION</w:t>
            </w:r>
          </w:p>
        </w:tc>
      </w:tr>
    </w:tbl>
    <w:p w:rsidR="00A95B07" w:rsidRDefault="00A95B0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4309"/>
      </w:tblGrid>
      <w:tr w:rsidR="00A95B07">
        <w:trPr>
          <w:cantSplit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Item No. / SKU: ____________________   Carton No.: __________   Pack Qty: __________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Result: ☐ Pass  ☐ Fail</w:t>
            </w:r>
          </w:p>
        </w:tc>
      </w:tr>
      <w:tr w:rsidR="00A95B07">
        <w:trPr>
          <w:cantSplit/>
          <w:trHeight w:val="2721"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lastRenderedPageBreak/>
              <w:t>INSERT CARTON PACKING PHOTO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PACKING / PROTECTION OBSERVATION</w:t>
            </w:r>
          </w:p>
        </w:tc>
      </w:tr>
    </w:tbl>
    <w:p w:rsidR="00A95B07" w:rsidRDefault="00A95B0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4309"/>
      </w:tblGrid>
      <w:tr w:rsidR="00A95B07">
        <w:trPr>
          <w:cantSplit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Item No. / SKU: ____________________   Carton No.: __________   Pack Qty: __________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Result: ☐ Pass  ☐ Fail</w:t>
            </w:r>
          </w:p>
        </w:tc>
      </w:tr>
      <w:tr w:rsidR="00A95B07">
        <w:trPr>
          <w:cantSplit/>
          <w:trHeight w:val="2721"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CARTON PACKING PHOTO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PACKING / PROTECTION OBSERVATION</w:t>
            </w:r>
          </w:p>
        </w:tc>
      </w:tr>
    </w:tbl>
    <w:p w:rsidR="00A95B07" w:rsidRDefault="00A95B0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4309"/>
      </w:tblGrid>
      <w:tr w:rsidR="00A95B07">
        <w:trPr>
          <w:cantSplit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Item No. / SKU: ____________________   Carton No.: __________   Pack Qty: __________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Result: ☐ Pass  ☐ Fail</w:t>
            </w:r>
          </w:p>
        </w:tc>
      </w:tr>
      <w:tr w:rsidR="00A95B07">
        <w:trPr>
          <w:cantSplit/>
          <w:trHeight w:val="2721"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CARTON PACKING PHOTO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PACKING / PROTECTION OBSERVATION</w:t>
            </w:r>
          </w:p>
        </w:tc>
      </w:tr>
    </w:tbl>
    <w:p w:rsidR="00A95B07" w:rsidRDefault="00000000">
      <w:r>
        <w:br w:type="page"/>
      </w:r>
    </w:p>
    <w:p w:rsidR="00A95B07" w:rsidRDefault="00000000">
      <w:r>
        <w:rPr>
          <w:b/>
        </w:rPr>
        <w:lastRenderedPageBreak/>
        <w:t>PRODUCT APPEARANCE / DIMENSION EVIDENCE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4309"/>
      </w:tblGrid>
      <w:tr w:rsidR="00A95B07">
        <w:trPr>
          <w:cantSplit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Check / Measurement: ______________________________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Requirement / Specification: __________________</w:t>
            </w:r>
          </w:p>
        </w:tc>
      </w:tr>
      <w:tr w:rsidR="00A95B07">
        <w:trPr>
          <w:cantSplit/>
          <w:trHeight w:val="2835"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PHOTO / MEASUREMENT EVIDENCE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RESULT / COMMENTS</w:t>
            </w:r>
          </w:p>
        </w:tc>
      </w:tr>
    </w:tbl>
    <w:p w:rsidR="00A95B07" w:rsidRDefault="00A95B0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4309"/>
      </w:tblGrid>
      <w:tr w:rsidR="00A95B07">
        <w:trPr>
          <w:cantSplit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Check / Measurement: ______________________________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Requirement / Specification: __________________</w:t>
            </w:r>
          </w:p>
        </w:tc>
      </w:tr>
      <w:tr w:rsidR="00A95B07">
        <w:trPr>
          <w:cantSplit/>
          <w:trHeight w:val="2835"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PHOTO / MEASUREMENT EVIDENCE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RESULT / COMMENTS</w:t>
            </w:r>
          </w:p>
        </w:tc>
      </w:tr>
    </w:tbl>
    <w:p w:rsidR="00A95B07" w:rsidRDefault="00A95B07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36"/>
        <w:gridCol w:w="4309"/>
      </w:tblGrid>
      <w:tr w:rsidR="00A95B07">
        <w:trPr>
          <w:cantSplit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Check / Measurement: ______________________________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</w:pPr>
            <w:r>
              <w:rPr>
                <w:b/>
                <w:sz w:val="14"/>
              </w:rPr>
              <w:t>Requirement / Specification: __________________</w:t>
            </w:r>
          </w:p>
        </w:tc>
      </w:tr>
      <w:tr w:rsidR="00A95B07">
        <w:trPr>
          <w:cantSplit/>
          <w:trHeight w:val="2835"/>
          <w:jc w:val="center"/>
        </w:trPr>
        <w:tc>
          <w:tcPr>
            <w:tcW w:w="62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INSERT PHOTO / MEASUREMENT EVIDENCE</w:t>
            </w:r>
          </w:p>
        </w:tc>
        <w:tc>
          <w:tcPr>
            <w:tcW w:w="430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RESULT / COMMENTS</w:t>
            </w:r>
          </w:p>
        </w:tc>
      </w:tr>
    </w:tbl>
    <w:p w:rsidR="00A95B07" w:rsidRDefault="00000000">
      <w:r>
        <w:rPr>
          <w:b/>
        </w:rPr>
        <w:t>FINAL INSPECTION SIGN-OFF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1361"/>
        <w:gridCol w:w="3969"/>
        <w:gridCol w:w="1361"/>
      </w:tblGrid>
      <w:tr w:rsidR="00A95B07">
        <w:trPr>
          <w:cantSplit/>
          <w:jc w:val="center"/>
        </w:trPr>
        <w:tc>
          <w:tcPr>
            <w:tcW w:w="27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Prepared / Inspected by</w:t>
            </w:r>
          </w:p>
        </w:tc>
        <w:tc>
          <w:tcPr>
            <w:tcW w:w="136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Date</w:t>
            </w:r>
          </w:p>
        </w:tc>
        <w:tc>
          <w:tcPr>
            <w:tcW w:w="396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Factory / Supplier Representative</w:t>
            </w:r>
          </w:p>
        </w:tc>
        <w:tc>
          <w:tcPr>
            <w:tcW w:w="136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  <w:vAlign w:val="center"/>
          </w:tcPr>
          <w:p w:rsidR="00A95B07" w:rsidRDefault="00000000">
            <w:pPr>
              <w:spacing w:after="0" w:line="240" w:lineRule="auto"/>
              <w:jc w:val="center"/>
            </w:pPr>
            <w:r>
              <w:rPr>
                <w:b/>
                <w:sz w:val="14"/>
              </w:rPr>
              <w:t>Date</w:t>
            </w:r>
          </w:p>
        </w:tc>
      </w:tr>
      <w:tr w:rsidR="00A95B07">
        <w:trPr>
          <w:cantSplit/>
          <w:jc w:val="center"/>
        </w:trPr>
        <w:tc>
          <w:tcPr>
            <w:tcW w:w="27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27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  <w:tr w:rsidR="00A95B07">
        <w:trPr>
          <w:cantSplit/>
          <w:jc w:val="center"/>
        </w:trPr>
        <w:tc>
          <w:tcPr>
            <w:tcW w:w="272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  <w:tc>
          <w:tcPr>
            <w:tcW w:w="136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:rsidR="00A95B07" w:rsidRDefault="00A95B07">
            <w:pPr>
              <w:spacing w:after="0" w:line="240" w:lineRule="auto"/>
            </w:pPr>
          </w:p>
        </w:tc>
      </w:tr>
    </w:tbl>
    <w:p w:rsidR="00A95B07" w:rsidRDefault="00000000">
      <w:pPr>
        <w:spacing w:before="120"/>
      </w:pPr>
      <w:r>
        <w:rPr>
          <w:i/>
          <w:sz w:val="14"/>
        </w:rPr>
        <w:t>Document note: This master is intended for furniture DPI / PSI inspections. Add photo-evidence pages as required for the item and inspection scope.</w:t>
      </w:r>
    </w:p>
    <w:sectPr w:rsidR="00A95B07" w:rsidSect="00034616">
      <w:headerReference w:type="default" r:id="rId8"/>
      <w:footerReference w:type="default" r:id="rId9"/>
      <w:pgSz w:w="11906" w:h="16838"/>
      <w:pgMar w:top="680" w:right="680" w:bottom="794" w:left="680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7DAD" w:rsidRDefault="006E7DAD">
      <w:pPr>
        <w:spacing w:after="0" w:line="240" w:lineRule="auto"/>
      </w:pPr>
      <w:r>
        <w:separator/>
      </w:r>
    </w:p>
  </w:endnote>
  <w:endnote w:type="continuationSeparator" w:id="0">
    <w:p w:rsidR="006E7DAD" w:rsidRDefault="006E7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B07" w:rsidRDefault="00000000">
    <w:pPr>
      <w:pStyle w:val="Footer"/>
      <w:jc w:val="center"/>
    </w:pPr>
    <w:r>
      <w:rPr>
        <w:sz w:val="14"/>
      </w:rPr>
      <w:t xml:space="preserve">Top Systems Group Inc. | Quality Assurance </w:t>
    </w:r>
    <w:proofErr w:type="gramStart"/>
    <w:r>
      <w:rPr>
        <w:sz w:val="14"/>
      </w:rPr>
      <w:t>Department  |</w:t>
    </w:r>
    <w:proofErr w:type="gramEnd"/>
    <w:r>
      <w:rPr>
        <w:sz w:val="14"/>
      </w:rPr>
      <w:t xml:space="preserve">  Prepared by: _________________</w:t>
    </w:r>
    <w:proofErr w:type="gramStart"/>
    <w:r>
      <w:rPr>
        <w:sz w:val="14"/>
      </w:rPr>
      <w:t>_  |</w:t>
    </w:r>
    <w:proofErr w:type="gramEnd"/>
    <w:r>
      <w:rPr>
        <w:sz w:val="14"/>
      </w:rPr>
      <w:t xml:space="preserve">  Date: _____________</w:t>
    </w:r>
    <w:proofErr w:type="gramStart"/>
    <w:r>
      <w:rPr>
        <w:sz w:val="14"/>
      </w:rPr>
      <w:t>_  |</w:t>
    </w:r>
    <w:proofErr w:type="gramEnd"/>
    <w:r>
      <w:rPr>
        <w:sz w:val="14"/>
      </w:rPr>
      <w:t xml:space="preserve">  Page </w:t>
    </w:r>
    <w:r>
      <w:fldChar w:fldCharType="begin"/>
    </w:r>
    <w:r>
      <w:instrText>PAGE</w:instrText>
    </w:r>
    <w:r>
      <w:fldChar w:fldCharType="separate"/>
    </w:r>
    <w:r w:rsidR="0007144F">
      <w:rPr>
        <w:noProof/>
      </w:rPr>
      <w:t>1</w:t>
    </w:r>
    <w:r>
      <w:fldChar w:fldCharType="end"/>
    </w:r>
    <w:r>
      <w:rPr>
        <w:sz w:val="14"/>
      </w:rPr>
      <w:t xml:space="preserve"> of </w:t>
    </w:r>
    <w:r>
      <w:fldChar w:fldCharType="begin"/>
    </w:r>
    <w:r>
      <w:instrText>NUMPAGES</w:instrText>
    </w:r>
    <w:r>
      <w:fldChar w:fldCharType="separate"/>
    </w:r>
    <w:r w:rsidR="000714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7DAD" w:rsidRDefault="006E7DAD">
      <w:pPr>
        <w:spacing w:after="0" w:line="240" w:lineRule="auto"/>
      </w:pPr>
      <w:r>
        <w:separator/>
      </w:r>
    </w:p>
  </w:footnote>
  <w:footnote w:type="continuationSeparator" w:id="0">
    <w:p w:rsidR="006E7DAD" w:rsidRDefault="006E7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B07" w:rsidRDefault="00000000">
    <w:pPr>
      <w:pStyle w:val="Header"/>
      <w:jc w:val="center"/>
    </w:pPr>
    <w:r>
      <w:rPr>
        <w:b/>
        <w:sz w:val="26"/>
      </w:rPr>
      <w:t>TOP SYSTEMS GROUP INC.</w:t>
    </w:r>
  </w:p>
  <w:p w:rsidR="00A95B07" w:rsidRDefault="00000000">
    <w:pPr>
      <w:jc w:val="center"/>
    </w:pPr>
    <w:r>
      <w:rPr>
        <w:b/>
        <w:sz w:val="18"/>
      </w:rPr>
      <w:t>QUALITY ASSURANCE DEPARTMENT | FURNITURE DPI / PSI INSPECTION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9047477">
    <w:abstractNumId w:val="8"/>
  </w:num>
  <w:num w:numId="2" w16cid:durableId="1904676409">
    <w:abstractNumId w:val="6"/>
  </w:num>
  <w:num w:numId="3" w16cid:durableId="1606964875">
    <w:abstractNumId w:val="5"/>
  </w:num>
  <w:num w:numId="4" w16cid:durableId="470371434">
    <w:abstractNumId w:val="4"/>
  </w:num>
  <w:num w:numId="5" w16cid:durableId="1812212508">
    <w:abstractNumId w:val="7"/>
  </w:num>
  <w:num w:numId="6" w16cid:durableId="1661037450">
    <w:abstractNumId w:val="3"/>
  </w:num>
  <w:num w:numId="7" w16cid:durableId="2027171377">
    <w:abstractNumId w:val="2"/>
  </w:num>
  <w:num w:numId="8" w16cid:durableId="535243265">
    <w:abstractNumId w:val="1"/>
  </w:num>
  <w:num w:numId="9" w16cid:durableId="1281298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44F"/>
    <w:rsid w:val="0015074B"/>
    <w:rsid w:val="0029639D"/>
    <w:rsid w:val="00326F90"/>
    <w:rsid w:val="006B18F6"/>
    <w:rsid w:val="006E36B2"/>
    <w:rsid w:val="006E4412"/>
    <w:rsid w:val="006E7DAD"/>
    <w:rsid w:val="00A95B07"/>
    <w:rsid w:val="00AA1D8D"/>
    <w:rsid w:val="00B47730"/>
    <w:rsid w:val="00C53D8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5E8CA2"/>
  <w14:defaultImageDpi w14:val="300"/>
  <w15:docId w15:val="{8EE946E5-E9DC-5F4A-914E-21BEF600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">
    <w:name w:val="Small"/>
    <w:rPr>
      <w:rFonts w:ascii="Arial" w:hAnsi="Arial"/>
      <w:sz w:val="14"/>
    </w:rPr>
  </w:style>
  <w:style w:type="paragraph" w:customStyle="1" w:styleId="TableText">
    <w:name w:val="TableText"/>
    <w:rPr>
      <w:rFonts w:ascii="Arial" w:hAnsi="Arial"/>
      <w:sz w:val="14"/>
    </w:rPr>
  </w:style>
  <w:style w:type="paragraph" w:customStyle="1" w:styleId="TableHead">
    <w:name w:val="TableHead"/>
    <w:rPr>
      <w:rFonts w:ascii="Arial" w:hAnsi="Arial"/>
      <w:b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Darren Teng</cp:lastModifiedBy>
  <cp:revision>3</cp:revision>
  <cp:lastPrinted>2026-09-03T12:07:00Z</cp:lastPrinted>
  <dcterms:created xsi:type="dcterms:W3CDTF">2026-09-03T12:07:00Z</dcterms:created>
  <dcterms:modified xsi:type="dcterms:W3CDTF">2026-09-03T12:07:00Z</dcterms:modified>
  <cp:category/>
</cp:coreProperties>
</file>