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  <w:keepNext/>
      </w:pPr>
      <w:r>
        <w:rPr>
          <w:rFonts w:ascii="Arial" w:hAnsi="Arial"/>
          <w:b/>
          <w:color w:val="1F4E79"/>
          <w:sz w:val="36"/>
        </w:rPr>
        <w:t>FURNITURE IN-HOUSE TEST REPORT</w:t>
      </w:r>
    </w:p>
    <w:p>
      <w:pPr>
        <w:spacing w:after="160"/>
        <w:jc w:val="center"/>
      </w:pPr>
      <w:r>
        <w:rPr>
          <w:rFonts w:ascii="Arial" w:hAnsi="Arial"/>
          <w:b/>
          <w:sz w:val="18"/>
        </w:rPr>
        <w:t>Top Systems Group Inc. | Quality Assurance Department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1. PRODUCT &amp; TEST IDENTIFICATION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Factory / Supplier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____________________________</w:t>
            </w:r>
          </w:p>
        </w:tc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Agent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____________________________</w:t>
            </w:r>
          </w:p>
        </w:tc>
      </w:tr>
      <w:tr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Customer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____________________________</w:t>
            </w:r>
          </w:p>
        </w:tc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Product Description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____________________________</w:t>
            </w:r>
          </w:p>
        </w:tc>
      </w:tr>
      <w:tr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Item Number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____________________________</w:t>
            </w:r>
          </w:p>
        </w:tc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Version / Revision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____________________________</w:t>
            </w:r>
          </w:p>
        </w:tc>
      </w:tr>
      <w:tr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Date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____________________________</w:t>
            </w:r>
          </w:p>
        </w:tc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Tester(s)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____________________________</w:t>
            </w:r>
          </w:p>
        </w:tc>
      </w:tr>
      <w:tr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Product Dimensions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 x ________ x ________</w:t>
            </w:r>
          </w:p>
        </w:tc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Net Weight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 kg</w:t>
            </w:r>
          </w:p>
        </w:tc>
      </w:tr>
      <w:tr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Product Photo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Insert product photo</w:t>
            </w:r>
          </w:p>
        </w:tc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Overall Test Result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PASS / FAIL / PENDING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2. PRODUCT SPECIFICATION / TEST PROTOCOL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2268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Product Specification</w:t>
            </w:r>
          </w:p>
        </w:tc>
        <w:tc>
          <w:tcPr>
            <w:tcW w:type="dxa" w:w="963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the product details relevant to the test, including material / construction / component thickness / other applicable requirements.</w:t>
            </w:r>
          </w:p>
        </w:tc>
      </w:tr>
      <w:tr>
        <w:tc>
          <w:tcPr>
            <w:tcW w:type="dxa" w:w="2268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Protocol Used</w:t>
            </w:r>
          </w:p>
        </w:tc>
        <w:tc>
          <w:tcPr>
            <w:tcW w:type="dxa" w:w="963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1. ______________________________</w:t>
              <w:br/>
              <w:t>2. ______________________________</w:t>
              <w:br/>
              <w:t>3. ______________________________</w:t>
            </w:r>
          </w:p>
        </w:tc>
      </w:tr>
      <w:tr>
        <w:tc>
          <w:tcPr>
            <w:tcW w:type="dxa" w:w="2268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Testing Scope</w:t>
            </w:r>
          </w:p>
        </w:tc>
        <w:tc>
          <w:tcPr>
            <w:tcW w:type="dxa" w:w="963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the tests performed and identify any test marked Not Applicable with the reason.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3. TEST SUMMARY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567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#</w:t>
            </w:r>
          </w:p>
        </w:tc>
        <w:tc>
          <w:tcPr>
            <w:tcW w:type="dxa" w:w="5103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Test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Status</w:t>
            </w:r>
          </w:p>
        </w:tc>
        <w:tc>
          <w:tcPr>
            <w:tcW w:type="dxa" w:w="4252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Remarks</w:t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1</w:t>
            </w:r>
          </w:p>
        </w:tc>
        <w:tc>
          <w:tcPr>
            <w:tcW w:type="dxa" w:w="510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  <w:t>Interlock Systems Test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PASS / FAIL / N.A.</w:t>
            </w:r>
          </w:p>
        </w:tc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2</w:t>
            </w:r>
          </w:p>
        </w:tc>
        <w:tc>
          <w:tcPr>
            <w:tcW w:type="dxa" w:w="510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  <w:t>Stability - Simulated Clothing Load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PASS / FAIL / N.A.</w:t>
            </w:r>
          </w:p>
        </w:tc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3</w:t>
            </w:r>
          </w:p>
        </w:tc>
        <w:tc>
          <w:tcPr>
            <w:tcW w:type="dxa" w:w="510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  <w:t>Stability - Horizontal Dynamic Force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PASS / FAIL / N.A.</w:t>
            </w:r>
          </w:p>
        </w:tc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4</w:t>
            </w:r>
          </w:p>
        </w:tc>
        <w:tc>
          <w:tcPr>
            <w:tcW w:type="dxa" w:w="510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  <w:t>Stability - Carpet / Child Weight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PASS / FAIL / N.A.</w:t>
            </w:r>
          </w:p>
        </w:tc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5</w:t>
            </w:r>
          </w:p>
        </w:tc>
        <w:tc>
          <w:tcPr>
            <w:tcW w:type="dxa" w:w="510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  <w:t>Recommended Load Test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PASS / FAIL / N.A.</w:t>
            </w:r>
          </w:p>
        </w:tc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6</w:t>
            </w:r>
          </w:p>
        </w:tc>
        <w:tc>
          <w:tcPr>
            <w:tcW w:type="dxa" w:w="510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  <w:t>Storage Unit Drop Test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PASS / FAIL / N.A.</w:t>
            </w:r>
          </w:p>
        </w:tc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7</w:t>
            </w:r>
          </w:p>
        </w:tc>
        <w:tc>
          <w:tcPr>
            <w:tcW w:type="dxa" w:w="510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  <w:t>Distributed Functional Load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PASS / FAIL / N.A.</w:t>
            </w:r>
          </w:p>
        </w:tc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8</w:t>
            </w:r>
          </w:p>
        </w:tc>
        <w:tc>
          <w:tcPr>
            <w:tcW w:type="dxa" w:w="510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  <w:t>Distributed Proof Load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PASS / FAIL / N.A.</w:t>
            </w:r>
          </w:p>
        </w:tc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9</w:t>
            </w:r>
          </w:p>
        </w:tc>
        <w:tc>
          <w:tcPr>
            <w:tcW w:type="dxa" w:w="510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  <w:t>Extendible Element Functional Load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PASS / FAIL / N.A.</w:t>
            </w:r>
          </w:p>
        </w:tc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10</w:t>
            </w:r>
          </w:p>
        </w:tc>
        <w:tc>
          <w:tcPr>
            <w:tcW w:type="dxa" w:w="510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  <w:t>Extendible Element Proof Load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PASS / FAIL / N.A.</w:t>
            </w:r>
          </w:p>
        </w:tc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4. TEST SETUP / APPLICABILITY RECORD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55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Field</w:t>
            </w:r>
          </w:p>
        </w:tc>
        <w:tc>
          <w:tcPr>
            <w:tcW w:type="dxa" w:w="3402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Entry / Requirement</w:t>
            </w:r>
          </w:p>
        </w:tc>
        <w:tc>
          <w:tcPr>
            <w:tcW w:type="dxa" w:w="2835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Field</w:t>
            </w:r>
          </w:p>
        </w:tc>
        <w:tc>
          <w:tcPr>
            <w:tcW w:type="dxa" w:w="311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Entry / Requirement</w:t>
            </w:r>
          </w:p>
        </w:tc>
      </w:tr>
      <w:tr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Applicable Standard(s)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____________________________</w:t>
            </w:r>
          </w:p>
        </w:tc>
        <w:tc>
          <w:tcPr>
            <w:tcW w:type="dxa" w:w="28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Customer / Project Protocol</w:t>
            </w:r>
          </w:p>
        </w:tc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____________________________</w:t>
            </w:r>
          </w:p>
        </w:tc>
      </w:tr>
      <w:tr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Sample Condition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New / Production Sample / Other</w:t>
            </w:r>
          </w:p>
        </w:tc>
        <w:tc>
          <w:tcPr>
            <w:tcW w:type="dxa" w:w="28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Location</w:t>
            </w:r>
          </w:p>
        </w:tc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____________________________</w:t>
            </w:r>
          </w:p>
        </w:tc>
      </w:tr>
      <w:tr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Equipment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____________________________</w:t>
            </w:r>
          </w:p>
        </w:tc>
        <w:tc>
          <w:tcPr>
            <w:tcW w:type="dxa" w:w="28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Calibration / Verification</w:t>
            </w:r>
          </w:p>
        </w:tc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____________________________</w:t>
            </w:r>
          </w:p>
        </w:tc>
      </w:tr>
      <w:tr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Pre-Test Condition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Record assembly / configuration before testing.</w:t>
            </w:r>
          </w:p>
        </w:tc>
        <w:tc>
          <w:tcPr>
            <w:tcW w:type="dxa" w:w="28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Post-Test Condition</w:t>
            </w:r>
          </w:p>
        </w:tc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Record condition after testing.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1. TEST TO EVALUATE INTERLOCK SYSTEMS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3402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Test No. / Test Name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Applicability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Result</w:t>
            </w:r>
          </w:p>
        </w:tc>
        <w:tc>
          <w:tcPr>
            <w:tcW w:type="dxa" w:w="4536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Reference / Protocol</w:t>
            </w:r>
          </w:p>
        </w:tc>
      </w:tr>
      <w:tr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1. Test to Evaluate Interlock Systems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Applicable / N.A.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PASS / FAIL / PENDING</w:t>
            </w:r>
          </w:p>
        </w:tc>
        <w:tc>
          <w:tcPr>
            <w:tcW w:type="dxa" w:w="453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Enter applicable standard / customer / project protocol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Requirement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Apply 30 lb horizontal pull force on each interlocked extendible element. Force shall be applied over a period of at least 5 s and held for 10 s.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Method / Setup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point of application, force, fixture / setup and measured dimensions as applicable.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Calculation / Applied Load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Enter applied force / measured result / calculation if applicable.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Duration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At least 5 s application and 10 s hold.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132"/>
        <w:gridCol w:w="2132"/>
        <w:gridCol w:w="2132"/>
        <w:gridCol w:w="2132"/>
        <w:gridCol w:w="2132"/>
      </w:tblGrid>
      <w:tr>
        <w:trPr>
          <w:tblHeader w:val="true"/>
        </w:trPr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Required / Target</w:t>
            </w:r>
          </w:p>
        </w:tc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Actual / Measured</w:t>
            </w:r>
          </w:p>
        </w:tc>
        <w:tc>
          <w:tcPr>
            <w:tcW w:type="dxa" w:w="272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Condition After Test</w:t>
            </w:r>
          </w:p>
        </w:tc>
        <w:tc>
          <w:tcPr>
            <w:tcW w:type="dxa" w:w="255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Serviceability</w:t>
            </w:r>
          </w:p>
        </w:tc>
        <w:tc>
          <w:tcPr>
            <w:tcW w:type="dxa" w:w="2097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Result</w:t>
            </w:r>
          </w:p>
        </w:tc>
      </w:tr>
      <w:tr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visible damage / record condition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loss of serviceability / record finding</w:t>
            </w:r>
          </w:p>
        </w:tc>
        <w:tc>
          <w:tcPr>
            <w:tcW w:type="dxa" w:w="209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PASS / FAIL / PENDING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1 - Photo 1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1 - Photo 2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1 - Photo 3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1 - Photo 4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</w:tbl>
    <w:p>
      <w:pPr>
        <w:spacing w:before="40" w:after="100"/>
        <w:jc w:val="center"/>
      </w:pPr>
      <w:r>
        <w:rPr>
          <w:rFonts w:ascii="Arial" w:hAnsi="Arial"/>
          <w:i/>
          <w:sz w:val="15"/>
        </w:rPr>
        <w:t>Photo evidence / observations</w:t>
      </w:r>
    </w:p>
    <w:p>
      <w:pPr>
        <w:spacing w:before="40"/>
        <w:jc w:val="left"/>
      </w:pPr>
      <w:r>
        <w:rPr>
          <w:rFonts w:ascii="Arial" w:hAnsi="Arial"/>
          <w:b/>
          <w:sz w:val="16"/>
        </w:rPr>
        <w:t xml:space="preserve">Test Observation / Conclusion: </w:t>
      </w:r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2. STABILITY TEST - SIMULATED CLOTHING LOAD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3402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Test No. / Test Name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Applicability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Result</w:t>
            </w:r>
          </w:p>
        </w:tc>
        <w:tc>
          <w:tcPr>
            <w:tcW w:type="dxa" w:w="4536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Reference / Protocol</w:t>
            </w:r>
          </w:p>
        </w:tc>
      </w:tr>
      <w:tr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2. Stability Test - Simulated Clothing Load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Applicable / N.A.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PASS / FAIL / PENDING</w:t>
            </w:r>
          </w:p>
        </w:tc>
        <w:tc>
          <w:tcPr>
            <w:tcW w:type="dxa" w:w="453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Enter applicable standard / customer / project protocol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Requirement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Use the applicable non-extendible / extendible element loading requirement. Record the density / loading basis and the applied test weight.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Method / Setup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Load the applicable drawer / storage element(s), record dimensions used in the calculation, and test for the required period.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Calculation / Applied Load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Example source format: density x element volume = calculated load; record actual test weight separately.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Duration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30 s, or applicable project requirement.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132"/>
        <w:gridCol w:w="2132"/>
        <w:gridCol w:w="2132"/>
        <w:gridCol w:w="2132"/>
        <w:gridCol w:w="2132"/>
      </w:tblGrid>
      <w:tr>
        <w:trPr>
          <w:tblHeader w:val="true"/>
        </w:trPr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Required / Target</w:t>
            </w:r>
          </w:p>
        </w:tc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Actual / Measured</w:t>
            </w:r>
          </w:p>
        </w:tc>
        <w:tc>
          <w:tcPr>
            <w:tcW w:type="dxa" w:w="272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Condition After Test</w:t>
            </w:r>
          </w:p>
        </w:tc>
        <w:tc>
          <w:tcPr>
            <w:tcW w:type="dxa" w:w="255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Serviceability</w:t>
            </w:r>
          </w:p>
        </w:tc>
        <w:tc>
          <w:tcPr>
            <w:tcW w:type="dxa" w:w="2097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Result</w:t>
            </w:r>
          </w:p>
        </w:tc>
      </w:tr>
      <w:tr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visible damage / record condition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loss of serviceability / record finding</w:t>
            </w:r>
          </w:p>
        </w:tc>
        <w:tc>
          <w:tcPr>
            <w:tcW w:type="dxa" w:w="209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PASS / FAIL / PENDING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2 - Photo 1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2 - Photo 2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2 - Photo 3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2 - Photo 4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</w:tbl>
    <w:p>
      <w:pPr>
        <w:spacing w:before="40" w:after="100"/>
        <w:jc w:val="center"/>
      </w:pPr>
      <w:r>
        <w:rPr>
          <w:rFonts w:ascii="Arial" w:hAnsi="Arial"/>
          <w:i/>
          <w:sz w:val="15"/>
        </w:rPr>
        <w:t>Photo evidence / observations</w:t>
      </w:r>
    </w:p>
    <w:p>
      <w:pPr>
        <w:spacing w:before="40"/>
        <w:jc w:val="left"/>
      </w:pPr>
      <w:r>
        <w:rPr>
          <w:rFonts w:ascii="Arial" w:hAnsi="Arial"/>
          <w:b/>
          <w:sz w:val="16"/>
        </w:rPr>
        <w:t xml:space="preserve">Test Observation / Conclusion: </w:t>
      </w:r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3. STABILITY TEST - SIMULATED HORIZONTAL DYNAMIC FORCE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3402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Test No. / Test Name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Applicability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Result</w:t>
            </w:r>
          </w:p>
        </w:tc>
        <w:tc>
          <w:tcPr>
            <w:tcW w:type="dxa" w:w="4536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Reference / Protocol</w:t>
            </w:r>
          </w:p>
        </w:tc>
      </w:tr>
      <w:tr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3. Stability Test - Simulated Horizontal Dynamic Force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Applicable / N.A.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PASS / FAIL / PENDING</w:t>
            </w:r>
          </w:p>
        </w:tc>
        <w:tc>
          <w:tcPr>
            <w:tcW w:type="dxa" w:w="453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Enter applicable standard / customer / project protocol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Requirement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Apply the specified horizontal pull force at the applicable reach point / height. Source example uses 10 lb force at a height less than 56 in (1422 mm).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Method / Setup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highest reach point on the applicable front / handle and actual force applied.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Calculation / Applied Load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measured reach point and actual force / load.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Duration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At least 5 s application and 10 s hold.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132"/>
        <w:gridCol w:w="2132"/>
        <w:gridCol w:w="2132"/>
        <w:gridCol w:w="2132"/>
        <w:gridCol w:w="2132"/>
      </w:tblGrid>
      <w:tr>
        <w:trPr>
          <w:tblHeader w:val="true"/>
        </w:trPr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Required / Target</w:t>
            </w:r>
          </w:p>
        </w:tc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Actual / Measured</w:t>
            </w:r>
          </w:p>
        </w:tc>
        <w:tc>
          <w:tcPr>
            <w:tcW w:type="dxa" w:w="272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Condition After Test</w:t>
            </w:r>
          </w:p>
        </w:tc>
        <w:tc>
          <w:tcPr>
            <w:tcW w:type="dxa" w:w="255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Serviceability</w:t>
            </w:r>
          </w:p>
        </w:tc>
        <w:tc>
          <w:tcPr>
            <w:tcW w:type="dxa" w:w="2097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Result</w:t>
            </w:r>
          </w:p>
        </w:tc>
      </w:tr>
      <w:tr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visible damage / record condition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loss of serviceability / record finding</w:t>
            </w:r>
          </w:p>
        </w:tc>
        <w:tc>
          <w:tcPr>
            <w:tcW w:type="dxa" w:w="209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PASS / FAIL / PENDING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3 - Photo 1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3 - Photo 2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3 - Photo 3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3 - Photo 4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</w:tbl>
    <w:p>
      <w:pPr>
        <w:spacing w:before="40" w:after="100"/>
        <w:jc w:val="center"/>
      </w:pPr>
      <w:r>
        <w:rPr>
          <w:rFonts w:ascii="Arial" w:hAnsi="Arial"/>
          <w:i/>
          <w:sz w:val="15"/>
        </w:rPr>
        <w:t>Photo evidence / observations</w:t>
      </w:r>
    </w:p>
    <w:p>
      <w:pPr>
        <w:spacing w:before="40"/>
        <w:jc w:val="left"/>
      </w:pPr>
      <w:r>
        <w:rPr>
          <w:rFonts w:ascii="Arial" w:hAnsi="Arial"/>
          <w:b/>
          <w:sz w:val="16"/>
        </w:rPr>
        <w:t xml:space="preserve">Test Observation / Conclusion: </w:t>
      </w:r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4. STABILITY TEST - SIMULATING A REACTION ON CARPET WITH CHILD WEIGHT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3402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Test No. / Test Name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Applicability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Result</w:t>
            </w:r>
          </w:p>
        </w:tc>
        <w:tc>
          <w:tcPr>
            <w:tcW w:type="dxa" w:w="4536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Reference / Protocol</w:t>
            </w:r>
          </w:p>
        </w:tc>
      </w:tr>
      <w:tr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4. Stability Test - Simulating a Reaction on Carpet with Child Weight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Applicable / N.A.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PASS / FAIL / PENDING</w:t>
            </w:r>
          </w:p>
        </w:tc>
        <w:tc>
          <w:tcPr>
            <w:tcW w:type="dxa" w:w="453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Enter applicable standard / customer / project protocol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Requirement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Hang the required test weight on the extended top drawer / door, one drawer or door at a time while the rest are open, where applicable. Record block placement.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Method / Setup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specified test weight and actual load, block dimensions / height and placement position.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Calculation / Applied Load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required weight versus actual test load and support / block dimensions.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Duration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 applicable protocol.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132"/>
        <w:gridCol w:w="2132"/>
        <w:gridCol w:w="2132"/>
        <w:gridCol w:w="2132"/>
        <w:gridCol w:w="2132"/>
      </w:tblGrid>
      <w:tr>
        <w:trPr>
          <w:tblHeader w:val="true"/>
        </w:trPr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Required / Target</w:t>
            </w:r>
          </w:p>
        </w:tc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Actual / Measured</w:t>
            </w:r>
          </w:p>
        </w:tc>
        <w:tc>
          <w:tcPr>
            <w:tcW w:type="dxa" w:w="272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Condition After Test</w:t>
            </w:r>
          </w:p>
        </w:tc>
        <w:tc>
          <w:tcPr>
            <w:tcW w:type="dxa" w:w="255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Serviceability</w:t>
            </w:r>
          </w:p>
        </w:tc>
        <w:tc>
          <w:tcPr>
            <w:tcW w:type="dxa" w:w="2097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Result</w:t>
            </w:r>
          </w:p>
        </w:tc>
      </w:tr>
      <w:tr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visible damage / record condition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loss of serviceability / record finding</w:t>
            </w:r>
          </w:p>
        </w:tc>
        <w:tc>
          <w:tcPr>
            <w:tcW w:type="dxa" w:w="209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PASS / FAIL / PENDING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4 - Photo 1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4 - Photo 2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4 - Photo 3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4 - Photo 4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</w:tbl>
    <w:p>
      <w:pPr>
        <w:spacing w:before="40" w:after="100"/>
        <w:jc w:val="center"/>
      </w:pPr>
      <w:r>
        <w:rPr>
          <w:rFonts w:ascii="Arial" w:hAnsi="Arial"/>
          <w:i/>
          <w:sz w:val="15"/>
        </w:rPr>
        <w:t>Photo evidence / observations</w:t>
      </w:r>
    </w:p>
    <w:p>
      <w:pPr>
        <w:spacing w:before="40"/>
        <w:jc w:val="left"/>
      </w:pPr>
      <w:r>
        <w:rPr>
          <w:rFonts w:ascii="Arial" w:hAnsi="Arial"/>
          <w:b/>
          <w:sz w:val="16"/>
        </w:rPr>
        <w:t xml:space="preserve">Test Observation / Conclusion: </w:t>
      </w:r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5. CUSTOMER / PROJECT RECOMMENDED LOAD TEST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3402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Test No. / Test Name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Applicability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Result</w:t>
            </w:r>
          </w:p>
        </w:tc>
        <w:tc>
          <w:tcPr>
            <w:tcW w:type="dxa" w:w="4536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Reference / Protocol</w:t>
            </w:r>
          </w:p>
        </w:tc>
      </w:tr>
      <w:tr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5. Customer / Project Recommended Load Test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Applicable / N.A.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PASS / FAIL / PENDING</w:t>
            </w:r>
          </w:p>
        </w:tc>
        <w:tc>
          <w:tcPr>
            <w:tcW w:type="dxa" w:w="453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Enter applicable standard / customer / project protocol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Requirement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the customer / project recommended load. The source example used a 24-hour recommended load test.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Method / Setup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Apply the required load to the specified top / drawer / storage area and record actual test weight.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Calculation / Applied Load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target load, calculated basis if applicable, and actual load.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Duration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Enter required duration; source example: 24 hours.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132"/>
        <w:gridCol w:w="2132"/>
        <w:gridCol w:w="2132"/>
        <w:gridCol w:w="2132"/>
        <w:gridCol w:w="2132"/>
      </w:tblGrid>
      <w:tr>
        <w:trPr>
          <w:tblHeader w:val="true"/>
        </w:trPr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Required / Target</w:t>
            </w:r>
          </w:p>
        </w:tc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Actual / Measured</w:t>
            </w:r>
          </w:p>
        </w:tc>
        <w:tc>
          <w:tcPr>
            <w:tcW w:type="dxa" w:w="272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Condition After Test</w:t>
            </w:r>
          </w:p>
        </w:tc>
        <w:tc>
          <w:tcPr>
            <w:tcW w:type="dxa" w:w="255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Serviceability</w:t>
            </w:r>
          </w:p>
        </w:tc>
        <w:tc>
          <w:tcPr>
            <w:tcW w:type="dxa" w:w="2097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Result</w:t>
            </w:r>
          </w:p>
        </w:tc>
      </w:tr>
      <w:tr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visible damage / record condition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loss of serviceability / record finding</w:t>
            </w:r>
          </w:p>
        </w:tc>
        <w:tc>
          <w:tcPr>
            <w:tcW w:type="dxa" w:w="209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PASS / FAIL / PENDING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5 - Photo 1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5 - Photo 2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5 - Photo 3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5 - Photo 4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</w:tbl>
    <w:p>
      <w:pPr>
        <w:spacing w:before="40" w:after="100"/>
        <w:jc w:val="center"/>
      </w:pPr>
      <w:r>
        <w:rPr>
          <w:rFonts w:ascii="Arial" w:hAnsi="Arial"/>
          <w:i/>
          <w:sz w:val="15"/>
        </w:rPr>
        <w:t>Photo evidence / observations</w:t>
      </w:r>
    </w:p>
    <w:p>
      <w:pPr>
        <w:spacing w:before="40"/>
        <w:jc w:val="left"/>
      </w:pPr>
      <w:r>
        <w:rPr>
          <w:rFonts w:ascii="Arial" w:hAnsi="Arial"/>
          <w:b/>
          <w:sz w:val="16"/>
        </w:rPr>
        <w:t xml:space="preserve">Test Observation / Conclusion: </w:t>
      </w:r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6. STORAGE UNIT DROP TEST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3402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Test No. / Test Name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Applicability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Result</w:t>
            </w:r>
          </w:p>
        </w:tc>
        <w:tc>
          <w:tcPr>
            <w:tcW w:type="dxa" w:w="4536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Reference / Protocol</w:t>
            </w:r>
          </w:p>
        </w:tc>
      </w:tr>
      <w:tr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6. Storage Unit Drop Test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Applicable / N.A.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PASS / FAIL / PENDING</w:t>
            </w:r>
          </w:p>
        </w:tc>
        <w:tc>
          <w:tcPr>
            <w:tcW w:type="dxa" w:w="453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Enter applicable standard / customer / project protocol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Requirement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drop height and product weight. The source example used a 7.1 inch drop height.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Method / Setup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Measure / verify drop height, product weight and test setup. Photograph pre-test and post-test condition.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Calculation / Applied Load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nominal drop height and measured height; record product NW.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Duration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Enter required drop sequence / number of drops.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132"/>
        <w:gridCol w:w="2132"/>
        <w:gridCol w:w="2132"/>
        <w:gridCol w:w="2132"/>
        <w:gridCol w:w="2132"/>
      </w:tblGrid>
      <w:tr>
        <w:trPr>
          <w:tblHeader w:val="true"/>
        </w:trPr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Required / Target</w:t>
            </w:r>
          </w:p>
        </w:tc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Actual / Measured</w:t>
            </w:r>
          </w:p>
        </w:tc>
        <w:tc>
          <w:tcPr>
            <w:tcW w:type="dxa" w:w="272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Condition After Test</w:t>
            </w:r>
          </w:p>
        </w:tc>
        <w:tc>
          <w:tcPr>
            <w:tcW w:type="dxa" w:w="255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Serviceability</w:t>
            </w:r>
          </w:p>
        </w:tc>
        <w:tc>
          <w:tcPr>
            <w:tcW w:type="dxa" w:w="2097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Result</w:t>
            </w:r>
          </w:p>
        </w:tc>
      </w:tr>
      <w:tr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visible damage / record condition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loss of serviceability / record finding</w:t>
            </w:r>
          </w:p>
        </w:tc>
        <w:tc>
          <w:tcPr>
            <w:tcW w:type="dxa" w:w="209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PASS / FAIL / PENDING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6 - Photo 1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6 - Photo 2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6 - Photo 3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6 - Photo 4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</w:tbl>
    <w:p>
      <w:pPr>
        <w:spacing w:before="40" w:after="100"/>
        <w:jc w:val="center"/>
      </w:pPr>
      <w:r>
        <w:rPr>
          <w:rFonts w:ascii="Arial" w:hAnsi="Arial"/>
          <w:i/>
          <w:sz w:val="15"/>
        </w:rPr>
        <w:t>Photo evidence / observations</w:t>
      </w:r>
    </w:p>
    <w:p>
      <w:pPr>
        <w:spacing w:before="40"/>
        <w:jc w:val="left"/>
      </w:pPr>
      <w:r>
        <w:rPr>
          <w:rFonts w:ascii="Arial" w:hAnsi="Arial"/>
          <w:b/>
          <w:sz w:val="16"/>
        </w:rPr>
        <w:t xml:space="preserve">Test Observation / Conclusion: </w:t>
      </w:r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7. DISTRIBUTED FUNCTIONAL LOAD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3402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Test No. / Test Name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Applicability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Result</w:t>
            </w:r>
          </w:p>
        </w:tc>
        <w:tc>
          <w:tcPr>
            <w:tcW w:type="dxa" w:w="4536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Reference / Protocol</w:t>
            </w:r>
          </w:p>
        </w:tc>
      </w:tr>
      <w:tr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7. Distributed Functional Load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Applicable / N.A.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PASS / FAIL / PENDING</w:t>
            </w:r>
          </w:p>
        </w:tc>
        <w:tc>
          <w:tcPr>
            <w:tcW w:type="dxa" w:w="453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Enter applicable standard / customer / project protocol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Requirement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the applicable functional load basis for top, storage and extendible elements. Source example: Top 141 kg/m2; Storage 470 kg/m3; Extendible Element 470 kg/m3.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Method / Setup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Calculate the load from the applicable surface area / volume, then record actual test weight.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Calculation / Applied Load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Show calculation and actual load. Example: density x dimensions = required load.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Duration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Source example: 60 minutes.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132"/>
        <w:gridCol w:w="2132"/>
        <w:gridCol w:w="2132"/>
        <w:gridCol w:w="2132"/>
        <w:gridCol w:w="2132"/>
      </w:tblGrid>
      <w:tr>
        <w:trPr>
          <w:tblHeader w:val="true"/>
        </w:trPr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Required / Target</w:t>
            </w:r>
          </w:p>
        </w:tc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Actual / Measured</w:t>
            </w:r>
          </w:p>
        </w:tc>
        <w:tc>
          <w:tcPr>
            <w:tcW w:type="dxa" w:w="272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Condition After Test</w:t>
            </w:r>
          </w:p>
        </w:tc>
        <w:tc>
          <w:tcPr>
            <w:tcW w:type="dxa" w:w="255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Serviceability</w:t>
            </w:r>
          </w:p>
        </w:tc>
        <w:tc>
          <w:tcPr>
            <w:tcW w:type="dxa" w:w="2097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Result</w:t>
            </w:r>
          </w:p>
        </w:tc>
      </w:tr>
      <w:tr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visible damage / record condition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loss of serviceability / record finding</w:t>
            </w:r>
          </w:p>
        </w:tc>
        <w:tc>
          <w:tcPr>
            <w:tcW w:type="dxa" w:w="209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PASS / FAIL / PENDING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7 - Photo 1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7 - Photo 2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7 - Photo 3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7 - Photo 4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</w:tbl>
    <w:p>
      <w:pPr>
        <w:spacing w:before="40" w:after="100"/>
        <w:jc w:val="center"/>
      </w:pPr>
      <w:r>
        <w:rPr>
          <w:rFonts w:ascii="Arial" w:hAnsi="Arial"/>
          <w:i/>
          <w:sz w:val="15"/>
        </w:rPr>
        <w:t>Photo evidence / observations</w:t>
      </w:r>
    </w:p>
    <w:p>
      <w:pPr>
        <w:spacing w:before="40"/>
        <w:jc w:val="left"/>
      </w:pPr>
      <w:r>
        <w:rPr>
          <w:rFonts w:ascii="Arial" w:hAnsi="Arial"/>
          <w:b/>
          <w:sz w:val="16"/>
        </w:rPr>
        <w:t xml:space="preserve">Test Observation / Conclusion: </w:t>
      </w:r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8. DISTRIBUTED PROOF LOAD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3402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Test No. / Test Name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Applicability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Result</w:t>
            </w:r>
          </w:p>
        </w:tc>
        <w:tc>
          <w:tcPr>
            <w:tcW w:type="dxa" w:w="4536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Reference / Protocol</w:t>
            </w:r>
          </w:p>
        </w:tc>
      </w:tr>
      <w:tr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8. Distributed Proof Load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Applicable / N.A.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PASS / FAIL / PENDING</w:t>
            </w:r>
          </w:p>
        </w:tc>
        <w:tc>
          <w:tcPr>
            <w:tcW w:type="dxa" w:w="453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Enter applicable standard / customer / project protocol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Requirement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the applicable proof load basis. Source example: Top 211 kg/m2; Storage 720 kg/m3; Extendible Element 470 kg/m3.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Method / Setup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Apply the required proof load and monitor product condition / serviceability.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Calculation / Applied Load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Show calculation and actual proof load.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Duration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Source example: 15 minutes.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132"/>
        <w:gridCol w:w="2132"/>
        <w:gridCol w:w="2132"/>
        <w:gridCol w:w="2132"/>
        <w:gridCol w:w="2132"/>
      </w:tblGrid>
      <w:tr>
        <w:trPr>
          <w:tblHeader w:val="true"/>
        </w:trPr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Required / Target</w:t>
            </w:r>
          </w:p>
        </w:tc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Actual / Measured</w:t>
            </w:r>
          </w:p>
        </w:tc>
        <w:tc>
          <w:tcPr>
            <w:tcW w:type="dxa" w:w="272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Condition After Test</w:t>
            </w:r>
          </w:p>
        </w:tc>
        <w:tc>
          <w:tcPr>
            <w:tcW w:type="dxa" w:w="255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Serviceability</w:t>
            </w:r>
          </w:p>
        </w:tc>
        <w:tc>
          <w:tcPr>
            <w:tcW w:type="dxa" w:w="2097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Result</w:t>
            </w:r>
          </w:p>
        </w:tc>
      </w:tr>
      <w:tr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visible damage / record condition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loss of serviceability / record finding</w:t>
            </w:r>
          </w:p>
        </w:tc>
        <w:tc>
          <w:tcPr>
            <w:tcW w:type="dxa" w:w="209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PASS / FAIL / PENDING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8 - Photo 1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8 - Photo 2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8 - Photo 3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8 - Photo 4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</w:tbl>
    <w:p>
      <w:pPr>
        <w:spacing w:before="40" w:after="100"/>
        <w:jc w:val="center"/>
      </w:pPr>
      <w:r>
        <w:rPr>
          <w:rFonts w:ascii="Arial" w:hAnsi="Arial"/>
          <w:i/>
          <w:sz w:val="15"/>
        </w:rPr>
        <w:t>Photo evidence / observations</w:t>
      </w:r>
    </w:p>
    <w:p>
      <w:pPr>
        <w:spacing w:before="40"/>
        <w:jc w:val="left"/>
      </w:pPr>
      <w:r>
        <w:rPr>
          <w:rFonts w:ascii="Arial" w:hAnsi="Arial"/>
          <w:b/>
          <w:sz w:val="16"/>
        </w:rPr>
        <w:t xml:space="preserve">Test Observation / Conclusion: </w:t>
      </w:r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9. EXTENDIBLE ELEMENT FUNCTIONAL LOAD TEST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3402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Test No. / Test Name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Applicability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Result</w:t>
            </w:r>
          </w:p>
        </w:tc>
        <w:tc>
          <w:tcPr>
            <w:tcW w:type="dxa" w:w="4536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Reference / Protocol</w:t>
            </w:r>
          </w:p>
        </w:tc>
      </w:tr>
      <w:tr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9. Extendible Element Functional Load Test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Applicable / N.A.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PASS / FAIL / PENDING</w:t>
            </w:r>
          </w:p>
        </w:tc>
        <w:tc>
          <w:tcPr>
            <w:tcW w:type="dxa" w:w="453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Enter applicable standard / customer / project protocol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Requirement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the applicable extendible element functional load basis. Source example: 470 kg/m3.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Method / Setup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Apply calculated load to the drawer / extendible element; test open and closed positions.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Calculation / Applied Load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Show calculation, actual test weight and condition after test.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Duration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Source example: 60 minutes open, 60 minutes closed.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132"/>
        <w:gridCol w:w="2132"/>
        <w:gridCol w:w="2132"/>
        <w:gridCol w:w="2132"/>
        <w:gridCol w:w="2132"/>
      </w:tblGrid>
      <w:tr>
        <w:trPr>
          <w:tblHeader w:val="true"/>
        </w:trPr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Required / Target</w:t>
            </w:r>
          </w:p>
        </w:tc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Actual / Measured</w:t>
            </w:r>
          </w:p>
        </w:tc>
        <w:tc>
          <w:tcPr>
            <w:tcW w:type="dxa" w:w="272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Condition After Test</w:t>
            </w:r>
          </w:p>
        </w:tc>
        <w:tc>
          <w:tcPr>
            <w:tcW w:type="dxa" w:w="255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Serviceability</w:t>
            </w:r>
          </w:p>
        </w:tc>
        <w:tc>
          <w:tcPr>
            <w:tcW w:type="dxa" w:w="2097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Result</w:t>
            </w:r>
          </w:p>
        </w:tc>
      </w:tr>
      <w:tr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visible damage / record condition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loss of serviceability / record finding</w:t>
            </w:r>
          </w:p>
        </w:tc>
        <w:tc>
          <w:tcPr>
            <w:tcW w:type="dxa" w:w="209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PASS / FAIL / PENDING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9 - Photo 1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9 - Photo 2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9 - Photo 3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9 - Photo 4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</w:tbl>
    <w:p>
      <w:pPr>
        <w:spacing w:before="40" w:after="100"/>
        <w:jc w:val="center"/>
      </w:pPr>
      <w:r>
        <w:rPr>
          <w:rFonts w:ascii="Arial" w:hAnsi="Arial"/>
          <w:i/>
          <w:sz w:val="15"/>
        </w:rPr>
        <w:t>Photo evidence / observations</w:t>
      </w:r>
    </w:p>
    <w:p>
      <w:pPr>
        <w:spacing w:before="40"/>
        <w:jc w:val="left"/>
      </w:pPr>
      <w:r>
        <w:rPr>
          <w:rFonts w:ascii="Arial" w:hAnsi="Arial"/>
          <w:b/>
          <w:sz w:val="16"/>
        </w:rPr>
        <w:t xml:space="preserve">Test Observation / Conclusion: </w:t>
      </w:r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10. EXTENDIBLE ELEMENT PROOF LOAD TEST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3402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Test No. / Test Name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Applicability</w:t>
            </w:r>
          </w:p>
        </w:tc>
        <w:tc>
          <w:tcPr>
            <w:tcW w:type="dxa" w:w="1984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Result</w:t>
            </w:r>
          </w:p>
        </w:tc>
        <w:tc>
          <w:tcPr>
            <w:tcW w:type="dxa" w:w="4536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Reference / Protocol</w:t>
            </w:r>
          </w:p>
        </w:tc>
      </w:tr>
      <w:tr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10. Extendible Element Proof Load Test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Applicable / N.A.</w:t>
            </w:r>
          </w:p>
        </w:tc>
        <w:tc>
          <w:tcPr>
            <w:tcW w:type="dxa" w:w="198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PASS / FAIL / PENDING</w:t>
            </w:r>
          </w:p>
        </w:tc>
        <w:tc>
          <w:tcPr>
            <w:tcW w:type="dxa" w:w="453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Enter applicable standard / customer / project protocol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Requirement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Record the applicable extendible element proof load basis. Source example: 720 kg/m3.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Method / Setup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Apply calculated proof load to the drawer / extendible element; test open and closed positions.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Calculation / Applied Load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Show calculation, actual test weight and condition after test.</w:t>
            </w:r>
          </w:p>
        </w:tc>
      </w:tr>
      <w:tr>
        <w:tc>
          <w:tcPr>
            <w:tcW w:type="dxa" w:w="2551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Duration</w:t>
            </w:r>
          </w:p>
        </w:tc>
        <w:tc>
          <w:tcPr>
            <w:tcW w:type="dxa" w:w="93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Source example: 15 minutes open, 15 minutes closed.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132"/>
        <w:gridCol w:w="2132"/>
        <w:gridCol w:w="2132"/>
        <w:gridCol w:w="2132"/>
        <w:gridCol w:w="2132"/>
      </w:tblGrid>
      <w:tr>
        <w:trPr>
          <w:tblHeader w:val="true"/>
        </w:trPr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Required / Target</w:t>
            </w:r>
          </w:p>
        </w:tc>
        <w:tc>
          <w:tcPr>
            <w:tcW w:type="dxa" w:w="226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Actual / Measured</w:t>
            </w:r>
          </w:p>
        </w:tc>
        <w:tc>
          <w:tcPr>
            <w:tcW w:type="dxa" w:w="272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Condition After Test</w:t>
            </w:r>
          </w:p>
        </w:tc>
        <w:tc>
          <w:tcPr>
            <w:tcW w:type="dxa" w:w="255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Serviceability</w:t>
            </w:r>
          </w:p>
        </w:tc>
        <w:tc>
          <w:tcPr>
            <w:tcW w:type="dxa" w:w="2097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Result</w:t>
            </w:r>
          </w:p>
        </w:tc>
      </w:tr>
      <w:tr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visible damage / record condition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 loss of serviceability / record finding</w:t>
            </w:r>
          </w:p>
        </w:tc>
        <w:tc>
          <w:tcPr>
            <w:tcW w:type="dxa" w:w="209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PASS / FAIL / PENDING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5329"/>
        <w:gridCol w:w="5329"/>
      </w:tblGrid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10 - Photo 1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10 - Photo 2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  <w:tr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10 - Photo 3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type="dxa" w:w="5329"/>
            <w:tcMar>
              <w:top w:w="120" w:type="dxa"/>
              <w:start w:w="120" w:type="dxa"/>
              <w:bottom w:w="120" w:type="dxa"/>
              <w:end w:w="120" w:type="dxa"/>
            </w:tcMar>
            <w:shd w:fill="FAFAF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Test 10 - Photo 4</w:t>
              <w:br/>
              <w:br/>
              <w:t>INSERT PHOTO</w:t>
            </w:r>
            <w:r>
              <w:br/>
            </w:r>
            <w:r>
              <w:br/>
            </w:r>
            <w:r>
              <w:br/>
            </w:r>
          </w:p>
        </w:tc>
      </w:tr>
    </w:tbl>
    <w:p>
      <w:pPr>
        <w:spacing w:before="40" w:after="100"/>
        <w:jc w:val="center"/>
      </w:pPr>
      <w:r>
        <w:rPr>
          <w:rFonts w:ascii="Arial" w:hAnsi="Arial"/>
          <w:i/>
          <w:sz w:val="15"/>
        </w:rPr>
        <w:t>Photo evidence / observations</w:t>
      </w:r>
    </w:p>
    <w:p>
      <w:pPr>
        <w:spacing w:before="40"/>
        <w:jc w:val="left"/>
      </w:pPr>
      <w:r>
        <w:rPr>
          <w:rFonts w:ascii="Arial" w:hAnsi="Arial"/>
          <w:b/>
          <w:sz w:val="16"/>
        </w:rPr>
        <w:t xml:space="preserve">Test Observation / Conclusion: </w:t>
      </w:r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rPr>
          <w:rFonts w:ascii="Arial" w:hAnsi="Arial"/>
          <w:sz w:val="16"/>
        </w:rPr>
        <w:t>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11. FINAL TEST CONCLUSION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Overall Test Result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PASS / FAIL / PENDING</w:t>
            </w:r>
          </w:p>
        </w:tc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Loss of Serviceability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YES / NO</w:t>
            </w:r>
          </w:p>
        </w:tc>
      </w:tr>
      <w:tr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Structural / Functional Damage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YES / NO</w:t>
            </w:r>
          </w:p>
        </w:tc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Retest Required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YES / NO</w:t>
            </w:r>
          </w:p>
        </w:tc>
      </w:tr>
      <w:tr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Open Corrective Action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____________________________</w:t>
            </w:r>
          </w:p>
        </w:tc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Target Date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____________________________</w:t>
            </w:r>
          </w:p>
        </w:tc>
      </w:tr>
      <w:tr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Tester(s)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____________________________</w:t>
            </w:r>
          </w:p>
        </w:tc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Test Date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____________________________</w:t>
            </w:r>
          </w:p>
        </w:tc>
      </w:tr>
      <w:tr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Prepared by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____________________________</w:t>
            </w:r>
          </w:p>
        </w:tc>
        <w:tc>
          <w:tcPr>
            <w:tcW w:type="dxa" w:w="1984"/>
            <w:shd w:fill="F2F2F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Date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12. TEST EQUIPMENT / MEASUREMENT RECORD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3CC"/>
          <w:left w:val="single" w:sz="6" w:space="0" w:color="B7C3CC"/>
          <w:bottom w:val="single" w:sz="6" w:space="0" w:color="B7C3CC"/>
          <w:right w:val="single" w:sz="6" w:space="0" w:color="B7C3CC"/>
          <w:insideH w:val="single" w:sz="6" w:space="0" w:color="B7C3CC"/>
          <w:insideV w:val="single" w:sz="6" w:space="0" w:color="B7C3CC"/>
        </w:tblBorders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311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Equipment</w:t>
            </w:r>
          </w:p>
        </w:tc>
        <w:tc>
          <w:tcPr>
            <w:tcW w:type="dxa" w:w="311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Identification / Model</w:t>
            </w:r>
          </w:p>
        </w:tc>
        <w:tc>
          <w:tcPr>
            <w:tcW w:type="dxa" w:w="3118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Calibration / Verification</w:t>
            </w:r>
          </w:p>
        </w:tc>
        <w:tc>
          <w:tcPr>
            <w:tcW w:type="dxa" w:w="255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Remarks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1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8"/>
              </w:rPr>
              <w:t>13. FINAL REMARKS</w:t>
            </w:r>
          </w:p>
        </w:tc>
      </w:tr>
    </w:tbl>
    <w:p>
      <w:pPr>
        <w:spacing w:after="20"/>
      </w:pPr>
    </w:p>
    <w:p>
      <w:pPr>
        <w:spacing w:after="60" w:line="240" w:lineRule="auto"/>
      </w:pPr>
      <w:r>
        <w:rPr>
          <w:rFonts w:ascii="Arial" w:hAnsi="Arial"/>
          <w:b w:val="0"/>
          <w:sz w:val="16"/>
        </w:rPr>
        <w:t>________________________________________________________________________________________________</w:t>
      </w:r>
    </w:p>
    <w:p>
      <w:pPr>
        <w:spacing w:after="60" w:line="240" w:lineRule="auto"/>
      </w:pPr>
      <w:r>
        <w:rPr>
          <w:rFonts w:ascii="Arial" w:hAnsi="Arial"/>
          <w:b w:val="0"/>
          <w:sz w:val="16"/>
        </w:rPr>
        <w:t>________________________________________________________________________________________________</w:t>
      </w:r>
    </w:p>
    <w:p>
      <w:pPr>
        <w:spacing w:after="60" w:line="240" w:lineRule="auto"/>
      </w:pPr>
      <w:r>
        <w:rPr>
          <w:rFonts w:ascii="Arial" w:hAnsi="Arial"/>
          <w:b w:val="0"/>
          <w:sz w:val="16"/>
        </w:rPr>
        <w:t>________________________________________________________________________________________________</w:t>
      </w:r>
    </w:p>
    <w:p>
      <w:pPr>
        <w:spacing w:after="60" w:line="240" w:lineRule="auto"/>
      </w:pPr>
      <w:r>
        <w:rPr>
          <w:rFonts w:ascii="Arial" w:hAnsi="Arial"/>
          <w:b w:val="0"/>
          <w:sz w:val="16"/>
        </w:rPr>
        <w:t>________________________________________________________________________________________________</w:t>
      </w:r>
    </w:p>
    <w:p>
      <w:pPr>
        <w:spacing w:after="60" w:line="240" w:lineRule="auto"/>
      </w:pPr>
      <w:r>
        <w:rPr>
          <w:rFonts w:ascii="Arial" w:hAnsi="Arial"/>
          <w:b w:val="0"/>
          <w:sz w:val="16"/>
        </w:rPr>
        <w:t>________________________________________________________________________________________________</w:t>
      </w:r>
    </w:p>
    <w:sectPr w:rsidR="00FC693F" w:rsidRPr="0006063C" w:rsidSect="00034616">
      <w:footerReference w:type="default" r:id="rId9"/>
      <w:pgSz w:w="11906" w:h="16838"/>
      <w:pgMar w:top="567" w:right="624" w:bottom="680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60" w:line="240" w:lineRule="auto"/>
      <w:jc w:val="center"/>
    </w:pPr>
    <w:r>
      <w:rPr>
        <w:rFonts w:ascii="Arial" w:hAnsi="Arial"/>
        <w:b w:val="0"/>
        <w:sz w:val="14"/>
      </w:rPr>
      <w:t xml:space="preserve">Top Systems Group Inc. | Quality Assurance Department | Prepared by: __________ | Date: __________ | Page </w:t>
    </w:r>
    <w:r>
      <w:rPr>
        <w:rFonts w:ascii="Arial" w:hAnsi="Arial"/>
        <w:b w:val="0"/>
        <w:sz w:val="14"/>
      </w:rPr>
      <w:fldChar w:fldCharType="begin"/>
      <w:instrText xml:space="preserve">PAGE</w:instrText>
      <w:fldChar w:fldCharType="end"/>
    </w:r>
    <w:r>
      <w:rPr>
        <w:rFonts w:ascii="Arial" w:hAnsi="Arial"/>
        <w:b w:val="0"/>
        <w:sz w:val="14"/>
      </w:rPr>
      <w:t xml:space="preserve"> of </w:t>
    </w:r>
    <w:r>
      <w:rPr>
        <w:rFonts w:ascii="Arial" w:hAnsi="Arial"/>
        <w:b w:val="0"/>
        <w:sz w:val="14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Furniture In-House Test Report Master</dc:title>
  <dc:subject>General furniture testing report template</dc:subject>
  <dc:creator/>
  <cp:keywords>furniture, in-house test, quality assurance, test report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